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rFonts w:ascii="Noto Serif Gujarati" w:hAnsi="Noto Serif Gujarati" w:cs="Noto Serif Gujarati" w:eastAsia="Noto Serif Gujarati"/>
          <w:b/>
          <w:i w:val="0"/>
          <w:color w:val="9C2B26"/>
          <w:sz w:val="17"/>
        </w:rPr>
        <w:t>હાલ નક્કી થયેલ કિંમતના સ્ટેમ્પ પેપર પર કરવું — અનુમાન ન કરવું, અમને પૂછવું</w:t>
      </w:r>
    </w:p>
    <w:p>
      <w:pPr>
        <w:spacing w:after="80"/>
        <w:jc w:val="center"/>
      </w:pPr>
      <w:r>
        <w:rPr>
          <w:rFonts w:ascii="Noto Serif Gujarati" w:hAnsi="Noto Serif Gujarati" w:cs="Noto Serif Gujarati" w:eastAsia="Noto Serif Gujarati"/>
          <w:b/>
          <w:i w:val="0"/>
          <w:sz w:val="30"/>
        </w:rPr>
        <w:t>નામ ફેરફાર અંગેનું સોગંદનામું</w:t>
      </w:r>
    </w:p>
    <w:p>
      <w:pPr>
        <w:jc w:val="both"/>
      </w:pPr>
      <w:r>
        <w:rPr>
          <w:rFonts w:ascii="Noto Serif Gujarati" w:hAnsi="Noto Serif Gujarati" w:cs="Noto Serif Gujarati" w:eastAsia="Noto Serif Gujarati"/>
          <w:b w:val="0"/>
          <w:i w:val="0"/>
          <w:sz w:val="22"/>
        </w:rPr>
        <w:t>(ગુજરાત સરકારના ગેઝેટમાં પ્રસિદ્ધ કરવા માટે)</w:t>
      </w:r>
    </w:p>
    <w:p>
      <w:r>
        <w:rPr>
          <w:rFonts w:ascii="Noto Serif Gujarati" w:hAnsi="Noto Serif Gujarati" w:cs="Noto Serif Gujarati" w:eastAsia="Noto Serif Gujarati"/>
          <w:b w:val="0"/>
          <w:i w:val="0"/>
          <w:sz w:val="12"/>
        </w:rPr>
      </w:r>
    </w:p>
    <w:p>
      <w:pPr>
        <w:jc w:val="both"/>
      </w:pPr>
      <w:r>
        <w:rPr>
          <w:rFonts w:ascii="Noto Serif Gujarati" w:hAnsi="Noto Serif Gujarati" w:cs="Noto Serif Gujarati" w:eastAsia="Noto Serif Gujarati"/>
          <w:b w:val="0"/>
          <w:i w:val="0"/>
          <w:sz w:val="22"/>
        </w:rPr>
        <w:t>હું, નીચે સહી કરનાર ________________________________________, ઉંમર આશરે ______ વર્ષ, પુત્ર / પુત્રી / પત્ની ________________________________________, ધંધો ____________________, કાયમી રહેવાસી _________________________________________________________________________________, આથી સોગંદપૂર્વક જાહેર કરું છું કે:</w:t>
      </w:r>
    </w:p>
    <w:p>
      <w:pPr>
        <w:ind w:left="567" w:hanging="567"/>
        <w:jc w:val="both"/>
      </w:pPr>
      <w:r>
        <w:rPr>
          <w:rFonts w:ascii="Noto Serif Gujarati" w:hAnsi="Noto Serif Gujarati" w:cs="Noto Serif Gujarati" w:eastAsia="Noto Serif Gujarati"/>
          <w:b/>
          <w:i w:val="0"/>
          <w:sz w:val="22"/>
        </w:rPr>
        <w:t xml:space="preserve">૧.  </w:t>
      </w:r>
      <w:r>
        <w:rPr>
          <w:rFonts w:ascii="Noto Serif Gujarati" w:hAnsi="Noto Serif Gujarati" w:cs="Noto Serif Gujarati" w:eastAsia="Noto Serif Gujarati"/>
          <w:b w:val="0"/>
          <w:i w:val="0"/>
          <w:sz w:val="22"/>
        </w:rPr>
        <w:t>હું ભારતનો નાગરિક છું અને આ સોગંદનામું કરનાર છું.</w:t>
      </w:r>
    </w:p>
    <w:p>
      <w:pPr>
        <w:ind w:left="567" w:hanging="567"/>
        <w:jc w:val="both"/>
      </w:pPr>
      <w:r>
        <w:rPr>
          <w:rFonts w:ascii="Noto Serif Gujarati" w:hAnsi="Noto Serif Gujarati" w:cs="Noto Serif Gujarati" w:eastAsia="Noto Serif Gujarati"/>
          <w:b/>
          <w:i w:val="0"/>
          <w:sz w:val="22"/>
        </w:rPr>
        <w:t xml:space="preserve">૨.  </w:t>
      </w:r>
      <w:r>
        <w:rPr>
          <w:rFonts w:ascii="Noto Serif Gujarati" w:hAnsi="Noto Serif Gujarati" w:cs="Noto Serif Gujarati" w:eastAsia="Noto Serif Gujarati"/>
          <w:b w:val="0"/>
          <w:i w:val="0"/>
          <w:sz w:val="22"/>
        </w:rPr>
        <w:t>મારું જૂનું નામ ________________________________________ છે.</w:t>
      </w:r>
    </w:p>
    <w:p>
      <w:pPr>
        <w:ind w:left="567" w:hanging="567"/>
        <w:jc w:val="both"/>
      </w:pPr>
      <w:r>
        <w:rPr>
          <w:rFonts w:ascii="Noto Serif Gujarati" w:hAnsi="Noto Serif Gujarati" w:cs="Noto Serif Gujarati" w:eastAsia="Noto Serif Gujarati"/>
          <w:b/>
          <w:i w:val="0"/>
          <w:sz w:val="22"/>
        </w:rPr>
        <w:t xml:space="preserve">૩.  </w:t>
      </w:r>
      <w:r>
        <w:rPr>
          <w:rFonts w:ascii="Noto Serif Gujarati" w:hAnsi="Noto Serif Gujarati" w:cs="Noto Serif Gujarati" w:eastAsia="Noto Serif Gujarati"/>
          <w:b w:val="0"/>
          <w:i w:val="0"/>
          <w:sz w:val="22"/>
        </w:rPr>
        <w:t>મેં મારું જૂનું નામ બદલેલ છે અને મારું નવું નામ ________________________________________ છે, તથા હવે પછી દરેક હેતુ માટે હું આ નવા નામથી ઓળખાઈશ.</w:t>
      </w:r>
    </w:p>
    <w:p>
      <w:pPr>
        <w:ind w:left="567" w:hanging="567"/>
        <w:jc w:val="both"/>
      </w:pPr>
      <w:r>
        <w:rPr>
          <w:rFonts w:ascii="Noto Serif Gujarati" w:hAnsi="Noto Serif Gujarati" w:cs="Noto Serif Gujarati" w:eastAsia="Noto Serif Gujarati"/>
          <w:b/>
          <w:i w:val="0"/>
          <w:sz w:val="22"/>
        </w:rPr>
        <w:t xml:space="preserve">૪.  </w:t>
      </w:r>
      <w:r>
        <w:rPr>
          <w:rFonts w:ascii="Noto Serif Gujarati" w:hAnsi="Noto Serif Gujarati" w:cs="Noto Serif Gujarati" w:eastAsia="Noto Serif Gujarati"/>
          <w:b w:val="0"/>
          <w:i w:val="0"/>
          <w:sz w:val="22"/>
        </w:rPr>
        <w:t>નામ ફેરફારનું કારણ ____________________________________________________________________ છે.</w:t>
      </w:r>
    </w:p>
    <w:p>
      <w:pPr>
        <w:ind w:left="567" w:hanging="567"/>
        <w:jc w:val="both"/>
      </w:pPr>
      <w:r>
        <w:rPr>
          <w:rFonts w:ascii="Noto Serif Gujarati" w:hAnsi="Noto Serif Gujarati" w:cs="Noto Serif Gujarati" w:eastAsia="Noto Serif Gujarati"/>
          <w:b/>
          <w:i w:val="0"/>
          <w:sz w:val="22"/>
        </w:rPr>
        <w:t xml:space="preserve">૫.  </w:t>
      </w:r>
      <w:r>
        <w:rPr>
          <w:rFonts w:ascii="Noto Serif Gujarati" w:hAnsi="Noto Serif Gujarati" w:cs="Noto Serif Gujarati" w:eastAsia="Noto Serif Gujarati"/>
          <w:b w:val="0"/>
          <w:i w:val="0"/>
          <w:sz w:val="22"/>
        </w:rPr>
        <w:t>મારી જન્મ તારીખ ______ / ______ / __________ છે તથા મારા આધાર નંબરના છેલ્લા અંક ____________ છે.</w:t>
      </w:r>
    </w:p>
    <w:p>
      <w:pPr>
        <w:ind w:left="567" w:hanging="567"/>
        <w:jc w:val="both"/>
      </w:pPr>
      <w:r>
        <w:rPr>
          <w:rFonts w:ascii="Noto Serif Gujarati" w:hAnsi="Noto Serif Gujarati" w:cs="Noto Serif Gujarati" w:eastAsia="Noto Serif Gujarati"/>
          <w:b/>
          <w:i w:val="0"/>
          <w:sz w:val="22"/>
        </w:rPr>
        <w:t xml:space="preserve">૬.  </w:t>
      </w:r>
      <w:r>
        <w:rPr>
          <w:rFonts w:ascii="Noto Serif Gujarati" w:hAnsi="Noto Serif Gujarati" w:cs="Noto Serif Gujarati" w:eastAsia="Noto Serif Gujarati"/>
          <w:b w:val="0"/>
          <w:i w:val="0"/>
          <w:sz w:val="22"/>
        </w:rPr>
        <w:t>મારું જૂનું નામ તથા નવું નામ એક જ વ્યક્તિ એટલે કે મને જ લાગુ પડે છે, અન્ય કોઈ વ્યક્તિને નહીં.</w:t>
      </w:r>
    </w:p>
    <w:p>
      <w:pPr>
        <w:ind w:left="567" w:hanging="567"/>
        <w:jc w:val="both"/>
      </w:pPr>
      <w:r>
        <w:rPr>
          <w:rFonts w:ascii="Noto Serif Gujarati" w:hAnsi="Noto Serif Gujarati" w:cs="Noto Serif Gujarati" w:eastAsia="Noto Serif Gujarati"/>
          <w:b/>
          <w:i w:val="0"/>
          <w:sz w:val="22"/>
        </w:rPr>
        <w:t xml:space="preserve">૭.  </w:t>
      </w:r>
      <w:r>
        <w:rPr>
          <w:rFonts w:ascii="Noto Serif Gujarati" w:hAnsi="Noto Serif Gujarati" w:cs="Noto Serif Gujarati" w:eastAsia="Noto Serif Gujarati"/>
          <w:b w:val="0"/>
          <w:i w:val="0"/>
          <w:sz w:val="22"/>
        </w:rPr>
        <w:t>ઉપરોક્ત નામ ફેરફાર નીચેના વર્તમાનપત્રોમાં પ્રસિદ્ધ કરવામાં આવેલ છે / કરવામાં આવશે: ____________________________________________ તારીખ ______________ તથા ____________________________________________ તારીખ ______________.</w:t>
      </w:r>
    </w:p>
    <w:p>
      <w:pPr>
        <w:ind w:left="567" w:hanging="567"/>
        <w:jc w:val="both"/>
      </w:pPr>
      <w:r>
        <w:rPr>
          <w:rFonts w:ascii="Noto Serif Gujarati" w:hAnsi="Noto Serif Gujarati" w:cs="Noto Serif Gujarati" w:eastAsia="Noto Serif Gujarati"/>
          <w:b/>
          <w:i w:val="0"/>
          <w:sz w:val="22"/>
        </w:rPr>
        <w:t xml:space="preserve">૮.  </w:t>
      </w:r>
      <w:r>
        <w:rPr>
          <w:rFonts w:ascii="Noto Serif Gujarati" w:hAnsi="Noto Serif Gujarati" w:cs="Noto Serif Gujarati" w:eastAsia="Noto Serif Gujarati"/>
          <w:b w:val="0"/>
          <w:i w:val="0"/>
          <w:sz w:val="22"/>
        </w:rPr>
        <w:t>ઉપરોક્ત નામ ફેરફાર ગુજરાત સરકારના ગેઝેટમાં પ્રસિદ્ધ કરવા હું વિનંતી કરું છું.</w:t>
      </w:r>
    </w:p>
    <w:p>
      <w:pPr>
        <w:ind w:left="567" w:hanging="567"/>
        <w:jc w:val="both"/>
      </w:pPr>
      <w:r>
        <w:rPr>
          <w:rFonts w:ascii="Noto Serif Gujarati" w:hAnsi="Noto Serif Gujarati" w:cs="Noto Serif Gujarati" w:eastAsia="Noto Serif Gujarati"/>
          <w:b/>
          <w:i w:val="0"/>
          <w:sz w:val="22"/>
        </w:rPr>
        <w:t xml:space="preserve">૯.  </w:t>
      </w:r>
      <w:r>
        <w:rPr>
          <w:rFonts w:ascii="Noto Serif Gujarati" w:hAnsi="Noto Serif Gujarati" w:cs="Noto Serif Gujarati" w:eastAsia="Noto Serif Gujarati"/>
          <w:b w:val="0"/>
          <w:i w:val="0"/>
          <w:sz w:val="22"/>
        </w:rPr>
        <w:t>આ સોગંદનામામાં લખેલ હકીકતો મારી જાણ અને માન્યતા મુજબ સાચી અને ખરી છે, તેમાં કોઈ મહત્વની બાબત છુપાવવામાં આવી નથી અને તેનો કોઈ ભાગ ખોટો નથી.</w:t>
      </w:r>
    </w:p>
    <w:p>
      <w:r>
        <w:rPr>
          <w:rFonts w:ascii="Noto Serif Gujarati" w:hAnsi="Noto Serif Gujarati" w:cs="Noto Serif Gujarati" w:eastAsia="Noto Serif Gujarati"/>
          <w:b w:val="0"/>
          <w:i w:val="0"/>
          <w:sz w:val="12"/>
        </w:rPr>
      </w:r>
    </w:p>
    <w:p>
      <w:pPr>
        <w:spacing w:before="440"/>
        <w:jc w:val="right"/>
      </w:pPr>
      <w:r>
        <w:rPr>
          <w:rFonts w:ascii="Noto Serif Gujarati" w:hAnsi="Noto Serif Gujarati" w:cs="Noto Serif Gujarati" w:eastAsia="Noto Serif Gujarati"/>
          <w:b/>
          <w:i w:val="0"/>
          <w:sz w:val="22"/>
        </w:rPr>
        <w:t>__________________________</w:t>
        <w:br/>
        <w:t>સોગંદ કરનાર</w:t>
      </w:r>
    </w:p>
    <w:p>
      <w:r>
        <w:rPr>
          <w:rFonts w:ascii="Noto Serif Gujarati" w:hAnsi="Noto Serif Gujarati" w:cs="Noto Serif Gujarati" w:eastAsia="Noto Serif Gujarati"/>
          <w:b w:val="0"/>
          <w:i w:val="0"/>
          <w:sz w:val="12"/>
        </w:rPr>
      </w:r>
    </w:p>
    <w:p>
      <w:pPr>
        <w:spacing w:before="240" w:after="80"/>
      </w:pPr>
      <w:r>
        <w:rPr>
          <w:rFonts w:ascii="Noto Serif Gujarati" w:hAnsi="Noto Serif Gujarati" w:cs="Noto Serif Gujarati" w:eastAsia="Noto Serif Gujarati"/>
          <w:b/>
          <w:i w:val="0"/>
          <w:sz w:val="22"/>
        </w:rPr>
        <w:t>ખાતરી</w:t>
      </w:r>
    </w:p>
    <w:p>
      <w:pPr>
        <w:jc w:val="both"/>
      </w:pPr>
      <w:r>
        <w:rPr>
          <w:rFonts w:ascii="Noto Serif Gujarati" w:hAnsi="Noto Serif Gujarati" w:cs="Noto Serif Gujarati" w:eastAsia="Noto Serif Gujarati"/>
          <w:b w:val="0"/>
          <w:i w:val="0"/>
          <w:sz w:val="22"/>
        </w:rPr>
        <w:t>સ્થળ: વડોદરા.  તારીખ: ______ / ______ / ૨૦______.</w:t>
      </w:r>
    </w:p>
    <w:p>
      <w:pPr>
        <w:jc w:val="both"/>
      </w:pPr>
      <w:r>
        <w:rPr>
          <w:rFonts w:ascii="Noto Serif Gujarati" w:hAnsi="Noto Serif Gujarati" w:cs="Noto Serif Gujarati" w:eastAsia="Noto Serif Gujarati"/>
          <w:b w:val="0"/>
          <w:i w:val="0"/>
          <w:sz w:val="22"/>
        </w:rPr>
        <w:t>ઉપરોક્ત સોગંદનામામાં લખેલ હકીકતો મારી જાણ અને માન્યતા મુજબ સાચી અને ખરી છે તથા તેમાં કોઈ મહત્વની બાબત છુપાવવામાં આવી નથી, તેની હું આથી ખાતરી આપું છું.</w:t>
      </w:r>
    </w:p>
    <w:p>
      <w:r>
        <w:rPr>
          <w:rFonts w:ascii="Noto Serif Gujarati" w:hAnsi="Noto Serif Gujarati" w:cs="Noto Serif Gujarati" w:eastAsia="Noto Serif Gujarati"/>
          <w:b w:val="0"/>
          <w:i w:val="0"/>
          <w:sz w:val="12"/>
        </w:rPr>
      </w:r>
    </w:p>
    <w:p>
      <w:pPr>
        <w:spacing w:before="440"/>
        <w:jc w:val="right"/>
      </w:pPr>
      <w:r>
        <w:rPr>
          <w:rFonts w:ascii="Noto Serif Gujarati" w:hAnsi="Noto Serif Gujarati" w:cs="Noto Serif Gujarati" w:eastAsia="Noto Serif Gujarati"/>
          <w:b/>
          <w:i w:val="0"/>
          <w:sz w:val="22"/>
        </w:rPr>
        <w:t>__________________________</w:t>
        <w:br/>
        <w:t>સોગંદ કરનાર</w:t>
      </w:r>
    </w:p>
    <w:p/>
    <w:p>
      <w:pPr>
        <w:spacing w:before="360"/>
        <w:jc w:val="both"/>
      </w:pPr>
      <w:r>
        <w:rPr>
          <w:rFonts w:ascii="Noto Serif Gujarati" w:hAnsi="Noto Serif Gujarati" w:cs="Noto Serif Gujarati" w:eastAsia="Noto Serif Gujarati"/>
          <w:b w:val="0"/>
          <w:i/>
          <w:color w:val="555555"/>
          <w:sz w:val="16"/>
        </w:rPr>
        <w:t>આ નમૂનો હરસિદ્ધિ સર્વિસીસ, વડોદરા દ્વારા સામાન્ય માહિતી તરીકે વિનામૂલ્યે આપવામાં આવે છે. આ શરૂઆતનો નમૂનો છે, કાનૂની સલાહ નથી, અને તે તમારી ચોક્કસ પરિસ્થિતિ માટે તૈયાર કરાયેલ નથી. ઉપયોગ કરતાં પહેલાં તે હાલ નક્કી થયેલ કિંમતના સ્ટેમ્પ પેપર પર કરવો પડશે, યોગ્ય પક્ષકારોની સહી કરાવવી પડશે, અને જરૂર પડ્યે નોટરી સમક્ષ સોગંદ લેવા પડશે કે સબ-રજિસ્ટ્રાર પાસે નોંધણી કરાવવી પડશે. અમારી પાસે લાવો — અમે એક જ મુલાકાતમાં તપાસી, સ્ટેમ્પ કરી અને નોટરી કરી આપીશું.</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Noto Serif Gujarati" w:hAnsi="Noto Serif Gujarati" w:cs="Noto Serif Gujarati" w:eastAsia="Noto Serif Gujarat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