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80"/>
        <w:jc w:val="center"/>
      </w:pPr>
      <w:r>
        <w:rPr>
          <w:rFonts w:ascii="Cambria" w:hAnsi="Cambria" w:cs="Cambria" w:eastAsia="Cambria"/>
          <w:b/>
          <w:i w:val="0"/>
          <w:color w:val="9C2B26"/>
          <w:sz w:val="17"/>
        </w:rPr>
        <w:t>EXECUTE ON STAMP PAPER OF THE VALUE CURRENTLY PRESCRIBED — ASK US, DO NOT GUESS</w:t>
      </w:r>
    </w:p>
    <w:p>
      <w:pPr>
        <w:spacing w:after="80"/>
        <w:jc w:val="center"/>
      </w:pPr>
      <w:r>
        <w:rPr>
          <w:rFonts w:ascii="Cambria" w:hAnsi="Cambria" w:cs="Cambria" w:eastAsia="Cambria"/>
          <w:b/>
          <w:i w:val="0"/>
          <w:sz w:val="30"/>
        </w:rPr>
        <w:t>AFFIDAVIT</w:t>
      </w:r>
    </w:p>
    <w:p>
      <w:pPr>
        <w:jc w:val="both"/>
      </w:pPr>
      <w:r>
        <w:rPr>
          <w:rFonts w:ascii="Cambria" w:hAnsi="Cambria" w:cs="Cambria" w:eastAsia="Cambria"/>
          <w:b w:val="0"/>
          <w:i w:val="0"/>
          <w:sz w:val="22"/>
        </w:rPr>
        <w:t>I, ________________________________________, aged about ______ years, son / daughter / wife of ________________________________________, occupation ____________________, permanent resident of _________________________________________________________________________________, do hereby solemnly affirm and state on oath as under:</w:t>
      </w:r>
    </w:p>
    <w:p>
      <w:pPr>
        <w:ind w:left="567" w:hanging="567"/>
        <w:jc w:val="both"/>
      </w:pPr>
      <w:r>
        <w:rPr>
          <w:rFonts w:ascii="Cambria" w:hAnsi="Cambria" w:cs="Cambria" w:eastAsia="Cambria"/>
          <w:b/>
          <w:i w:val="0"/>
          <w:sz w:val="22"/>
        </w:rPr>
        <w:t xml:space="preserve">1.  </w:t>
      </w:r>
      <w:r>
        <w:rPr>
          <w:rFonts w:ascii="Cambria" w:hAnsi="Cambria" w:cs="Cambria" w:eastAsia="Cambria"/>
          <w:b w:val="0"/>
          <w:i w:val="0"/>
          <w:sz w:val="22"/>
        </w:rPr>
        <w:t>That I am a citizen of India and the deponent herein, and I am well acquainted with the facts stated in this affidavit.</w:t>
      </w:r>
    </w:p>
    <w:p>
      <w:pPr>
        <w:ind w:left="567" w:hanging="567"/>
        <w:jc w:val="both"/>
      </w:pPr>
      <w:r>
        <w:rPr>
          <w:rFonts w:ascii="Cambria" w:hAnsi="Cambria" w:cs="Cambria" w:eastAsia="Cambria"/>
          <w:b/>
          <w:i w:val="0"/>
          <w:sz w:val="22"/>
        </w:rPr>
        <w:t xml:space="preserve">2.  </w:t>
      </w:r>
      <w:r>
        <w:rPr>
          <w:rFonts w:ascii="Cambria" w:hAnsi="Cambria" w:cs="Cambria" w:eastAsia="Cambria"/>
          <w:b w:val="0"/>
          <w:i w:val="0"/>
          <w:sz w:val="22"/>
        </w:rPr>
        <w:t>That I was the holder of the following document, issued in my name:</w:t>
      </w:r>
    </w:p>
    <w:p>
      <w:pPr>
        <w:jc w:val="both"/>
      </w:pPr>
      <w:r>
        <w:rPr>
          <w:rFonts w:ascii="Cambria" w:hAnsi="Cambria" w:cs="Cambria" w:eastAsia="Cambria"/>
          <w:b w:val="0"/>
          <w:i w:val="0"/>
          <w:sz w:val="22"/>
        </w:rPr>
        <w:t xml:space="preserve">        Description of document: ______________________________________________________</w:t>
      </w:r>
    </w:p>
    <w:p>
      <w:pPr>
        <w:jc w:val="both"/>
      </w:pPr>
      <w:r>
        <w:rPr>
          <w:rFonts w:ascii="Cambria" w:hAnsi="Cambria" w:cs="Cambria" w:eastAsia="Cambria"/>
          <w:b w:val="0"/>
          <w:i w:val="0"/>
          <w:sz w:val="22"/>
        </w:rPr>
        <w:t xml:space="preserve">        Number / reference: ______________________  Date of issue: ______ / ______ / __________</w:t>
      </w:r>
    </w:p>
    <w:p>
      <w:pPr>
        <w:jc w:val="both"/>
      </w:pPr>
      <w:r>
        <w:rPr>
          <w:rFonts w:ascii="Cambria" w:hAnsi="Cambria" w:cs="Cambria" w:eastAsia="Cambria"/>
          <w:b w:val="0"/>
          <w:i w:val="0"/>
          <w:sz w:val="22"/>
        </w:rPr>
        <w:t xml:space="preserve">        Issued by: ____________________________________________________________________</w:t>
      </w:r>
    </w:p>
    <w:p>
      <w:pPr>
        <w:ind w:left="567" w:hanging="567"/>
        <w:jc w:val="both"/>
      </w:pPr>
      <w:r>
        <w:rPr>
          <w:rFonts w:ascii="Cambria" w:hAnsi="Cambria" w:cs="Cambria" w:eastAsia="Cambria"/>
          <w:b/>
          <w:i w:val="0"/>
          <w:sz w:val="22"/>
        </w:rPr>
        <w:t xml:space="preserve">3.  </w:t>
      </w:r>
      <w:r>
        <w:rPr>
          <w:rFonts w:ascii="Cambria" w:hAnsi="Cambria" w:cs="Cambria" w:eastAsia="Cambria"/>
          <w:b w:val="0"/>
          <w:i w:val="0"/>
          <w:sz w:val="22"/>
        </w:rPr>
        <w:t>That the said document has been lost / misplaced / destroyed on or about ______ / ______ / __________ at ____________________________________________, in the following circumstances: ____________________________________________________________________.</w:t>
      </w:r>
    </w:p>
    <w:p>
      <w:pPr>
        <w:ind w:left="567" w:hanging="567"/>
        <w:jc w:val="both"/>
      </w:pPr>
      <w:r>
        <w:rPr>
          <w:rFonts w:ascii="Cambria" w:hAnsi="Cambria" w:cs="Cambria" w:eastAsia="Cambria"/>
          <w:b/>
          <w:i w:val="0"/>
          <w:sz w:val="22"/>
        </w:rPr>
        <w:t xml:space="preserve">4.  </w:t>
      </w:r>
      <w:r>
        <w:rPr>
          <w:rFonts w:ascii="Cambria" w:hAnsi="Cambria" w:cs="Cambria" w:eastAsia="Cambria"/>
          <w:b w:val="0"/>
          <w:i w:val="0"/>
          <w:sz w:val="22"/>
        </w:rPr>
        <w:t>That I have made a diligent search for the said document at every place where it might reasonably be found, and I have been unable to trace it.</w:t>
      </w:r>
    </w:p>
    <w:p>
      <w:pPr>
        <w:ind w:left="567" w:hanging="567"/>
        <w:jc w:val="both"/>
      </w:pPr>
      <w:r>
        <w:rPr>
          <w:rFonts w:ascii="Cambria" w:hAnsi="Cambria" w:cs="Cambria" w:eastAsia="Cambria"/>
          <w:b/>
          <w:i w:val="0"/>
          <w:sz w:val="22"/>
        </w:rPr>
        <w:t xml:space="preserve">5.  </w:t>
      </w:r>
      <w:r>
        <w:rPr>
          <w:rFonts w:ascii="Cambria" w:hAnsi="Cambria" w:cs="Cambria" w:eastAsia="Cambria"/>
          <w:b w:val="0"/>
          <w:i w:val="0"/>
          <w:sz w:val="22"/>
        </w:rPr>
        <w:t>That I reported the said loss to ____________________________________________ vide complaint / acknowledgement number ______________________ dated ______ / ______ / __________. (Strike out if not applicable.)</w:t>
      </w:r>
    </w:p>
    <w:p>
      <w:pPr>
        <w:ind w:left="567" w:hanging="567"/>
        <w:jc w:val="both"/>
      </w:pPr>
      <w:r>
        <w:rPr>
          <w:rFonts w:ascii="Cambria" w:hAnsi="Cambria" w:cs="Cambria" w:eastAsia="Cambria"/>
          <w:b/>
          <w:i w:val="0"/>
          <w:sz w:val="22"/>
        </w:rPr>
        <w:t xml:space="preserve">6.  </w:t>
      </w:r>
      <w:r>
        <w:rPr>
          <w:rFonts w:ascii="Cambria" w:hAnsi="Cambria" w:cs="Cambria" w:eastAsia="Cambria"/>
          <w:b w:val="0"/>
          <w:i w:val="0"/>
          <w:sz w:val="22"/>
        </w:rPr>
        <w:t>That the said document has not been sold, assigned, pledged, deposited as security or otherwise encumbered by me in favour of any person, and no other person has any right, title or interest in it.</w:t>
      </w:r>
    </w:p>
    <w:p>
      <w:pPr>
        <w:ind w:left="567" w:hanging="567"/>
        <w:jc w:val="both"/>
      </w:pPr>
      <w:r>
        <w:rPr>
          <w:rFonts w:ascii="Cambria" w:hAnsi="Cambria" w:cs="Cambria" w:eastAsia="Cambria"/>
          <w:b/>
          <w:i w:val="0"/>
          <w:sz w:val="22"/>
        </w:rPr>
        <w:t xml:space="preserve">7.  </w:t>
      </w:r>
      <w:r>
        <w:rPr>
          <w:rFonts w:ascii="Cambria" w:hAnsi="Cambria" w:cs="Cambria" w:eastAsia="Cambria"/>
          <w:b w:val="0"/>
          <w:i w:val="0"/>
          <w:sz w:val="22"/>
        </w:rPr>
        <w:t>That I request the issue of a duplicate of the said document, and I undertake that if the original is at any time found or recovered by me, I shall surrender it to the issuing authority forthwith and shall not make any use of it.</w:t>
      </w:r>
    </w:p>
    <w:p>
      <w:pPr>
        <w:ind w:left="567" w:hanging="567"/>
        <w:jc w:val="both"/>
      </w:pPr>
      <w:r>
        <w:rPr>
          <w:rFonts w:ascii="Cambria" w:hAnsi="Cambria" w:cs="Cambria" w:eastAsia="Cambria"/>
          <w:b/>
          <w:i w:val="0"/>
          <w:sz w:val="22"/>
        </w:rPr>
        <w:t xml:space="preserve">8.  </w:t>
      </w:r>
      <w:r>
        <w:rPr>
          <w:rFonts w:ascii="Cambria" w:hAnsi="Cambria" w:cs="Cambria" w:eastAsia="Cambria"/>
          <w:b w:val="0"/>
          <w:i w:val="0"/>
          <w:sz w:val="22"/>
        </w:rPr>
        <w:t>That I shall indemnify and keep indemnified the issuing authority against any loss, claim or demand arising from the issue of the said duplicate.</w:t>
      </w:r>
    </w:p>
    <w:p>
      <w:pPr>
        <w:ind w:left="567" w:hanging="567"/>
        <w:jc w:val="both"/>
      </w:pPr>
      <w:r>
        <w:rPr>
          <w:rFonts w:ascii="Cambria" w:hAnsi="Cambria" w:cs="Cambria" w:eastAsia="Cambria"/>
          <w:b/>
          <w:i w:val="0"/>
          <w:sz w:val="22"/>
        </w:rPr>
        <w:t xml:space="preserve">9.  </w:t>
      </w:r>
      <w:r>
        <w:rPr>
          <w:rFonts w:ascii="Cambria" w:hAnsi="Cambria" w:cs="Cambria" w:eastAsia="Cambria"/>
          <w:b w:val="0"/>
          <w:i w:val="0"/>
          <w:sz w:val="22"/>
        </w:rPr>
        <w:t>That the contents of this affidavit are true and correct to the best of my knowledge and belief, nothing material has been concealed therefrom and no part of it is false.</w:t>
      </w:r>
    </w:p>
    <w:p>
      <w:r>
        <w:rPr>
          <w:rFonts w:ascii="Cambria" w:hAnsi="Cambria" w:cs="Cambria" w:eastAsia="Cambria"/>
          <w:b w:val="0"/>
          <w:i w:val="0"/>
          <w:sz w:val="12"/>
        </w:rPr>
      </w:r>
    </w:p>
    <w:p>
      <w:pPr>
        <w:spacing w:before="440"/>
        <w:jc w:val="right"/>
      </w:pPr>
      <w:r>
        <w:rPr>
          <w:rFonts w:ascii="Cambria" w:hAnsi="Cambria" w:cs="Cambria" w:eastAsia="Cambria"/>
          <w:b/>
          <w:i w:val="0"/>
          <w:sz w:val="22"/>
        </w:rPr>
        <w:t>__________________________</w:t>
        <w:br/>
        <w:t>DEPONENT</w:t>
      </w:r>
    </w:p>
    <w:p>
      <w:r>
        <w:rPr>
          <w:rFonts w:ascii="Cambria" w:hAnsi="Cambria" w:cs="Cambria" w:eastAsia="Cambria"/>
          <w:b w:val="0"/>
          <w:i w:val="0"/>
          <w:sz w:val="12"/>
        </w:rPr>
      </w:r>
    </w:p>
    <w:p>
      <w:pPr>
        <w:spacing w:before="240" w:after="80"/>
      </w:pPr>
      <w:r>
        <w:rPr>
          <w:rFonts w:ascii="Cambria" w:hAnsi="Cambria" w:cs="Cambria" w:eastAsia="Cambria"/>
          <w:b/>
          <w:i w:val="0"/>
          <w:sz w:val="22"/>
        </w:rPr>
        <w:t>VERIFICATION</w:t>
      </w:r>
    </w:p>
    <w:p>
      <w:pPr>
        <w:jc w:val="both"/>
      </w:pPr>
      <w:r>
        <w:rPr>
          <w:rFonts w:ascii="Cambria" w:hAnsi="Cambria" w:cs="Cambria" w:eastAsia="Cambria"/>
          <w:b w:val="0"/>
          <w:i w:val="0"/>
          <w:sz w:val="22"/>
        </w:rPr>
        <w:t>Verified at Vadodara on this ______ day of ____________________, 20____, that the contents of the above affidavit are true and correct to the best of my knowledge and belief and that nothing material has been concealed therefrom.</w:t>
      </w:r>
    </w:p>
    <w:p>
      <w:r>
        <w:rPr>
          <w:rFonts w:ascii="Cambria" w:hAnsi="Cambria" w:cs="Cambria" w:eastAsia="Cambria"/>
          <w:b w:val="0"/>
          <w:i w:val="0"/>
          <w:sz w:val="12"/>
        </w:rPr>
      </w:r>
    </w:p>
    <w:p>
      <w:pPr>
        <w:spacing w:before="440"/>
        <w:jc w:val="right"/>
      </w:pPr>
      <w:r>
        <w:rPr>
          <w:rFonts w:ascii="Cambria" w:hAnsi="Cambria" w:cs="Cambria" w:eastAsia="Cambria"/>
          <w:b/>
          <w:i w:val="0"/>
          <w:sz w:val="22"/>
        </w:rPr>
        <w:t>__________________________</w:t>
        <w:br/>
        <w:t>DEPONENT</w:t>
      </w:r>
    </w:p>
    <w:p/>
    <w:p>
      <w:pPr>
        <w:spacing w:before="360"/>
        <w:jc w:val="both"/>
      </w:pPr>
      <w:r>
        <w:rPr>
          <w:rFonts w:ascii="Cambria" w:hAnsi="Cambria" w:cs="Cambria" w:eastAsia="Cambria"/>
          <w:b w:val="0"/>
          <w:i/>
          <w:color w:val="555555"/>
          <w:sz w:val="16"/>
        </w:rPr>
        <w:t>This format is provided free by Harsiddhi Services, Vadodara, as general information. It is a starting point, not legal advice, and it has not been drafted for your particular facts. Before it is used it must be executed on stamp paper of the value currently prescribed, signed by the correct parties, and where required sworn before a Notary or registered with the Sub-Registrar. Bring it to us and we will check it, stamp it and notarise it in one visit.</w:t>
      </w:r>
    </w:p>
    <w:sectPr w:rsidR="00FC693F" w:rsidRPr="0006063C" w:rsidSect="00034616">
      <w:headerReference w:type="default" r:id="rId9"/>
      <w:footerReference w:type="default" r:id="rId10"/>
      <w:pgSz w:w="12240" w:h="15840"/>
      <w:pgMar w:top="1134" w:right="1134"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mbria" w:hAnsi="Cambria" w:cs="Cambria" w:eastAsia="Cambria"/>
        <w:b w:val="0"/>
        <w:i w:val="0"/>
        <w:color w:val="888888"/>
        <w:sz w:val="14"/>
      </w:rPr>
      <w:t>1st Floor, K-117, Hare Krishna Complex, Chhani Jakatnaka Circle, Vadodara 390024  ·  Govt authorised e-Stamping centre, CSC 136237240013</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Cambria" w:hAnsi="Cambria" w:cs="Cambria" w:eastAsia="Cambria"/>
        <w:b w:val="0"/>
        <w:i w:val="0"/>
        <w:color w:val="777777"/>
        <w:sz w:val="15"/>
      </w:rPr>
      <w:t>VADODARA NOTARY  ·  Harsiddhi Services, Vadodara  ·  94267 80195  ·  www.vadodaranotary.com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24" w:lineRule="auto"/>
    </w:pPr>
    <w:rPr>
      <w:rFonts w:ascii="Cambria" w:hAnsi="Cambria" w:cs="Cambria" w:eastAsia="Cambr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