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Cambria" w:hAnsi="Cambria" w:cs="Cambria" w:eastAsia="Cambria"/>
          <w:b/>
          <w:i w:val="0"/>
          <w:color w:val="9C2B26"/>
          <w:sz w:val="17"/>
        </w:rPr>
        <w:t>EXECUTE ON STAMP PAPER OF THE VALUE CURRENTLY PRESCRIBED — ASK US, DO NOT GUESS</w:t>
      </w:r>
    </w:p>
    <w:p>
      <w:pPr>
        <w:spacing w:after="80"/>
        <w:jc w:val="center"/>
      </w:pPr>
      <w:r>
        <w:rPr>
          <w:rFonts w:ascii="Cambria" w:hAnsi="Cambria" w:cs="Cambria" w:eastAsia="Cambria"/>
          <w:b/>
          <w:i w:val="0"/>
          <w:sz w:val="30"/>
        </w:rPr>
        <w:t>AFFIDAVIT</w:t>
      </w:r>
    </w:p>
    <w:p>
      <w:pPr>
        <w:jc w:val="both"/>
      </w:pPr>
      <w:r>
        <w:rPr>
          <w:rFonts w:ascii="Cambria" w:hAnsi="Cambria" w:cs="Cambria" w:eastAsia="Cambria"/>
          <w:b w:val="0"/>
          <w:i w:val="0"/>
          <w:sz w:val="22"/>
        </w:rPr>
        <w:t>I, ________________________________________, aged about ______ years, son / daughter / wife of ________________________________________, occupation ____________________, permanent resident of _________________________________________________________________________________, do hereby solemnly affirm and state on oath as under:</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That I am a citizen of India and the deponent herein, and I am well acquainted with the facts stated in this affidavit.</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That my name has been recorded as ________________________________________ in the following document(s): ____________________________________________________________________.</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That I now wish to be known by the name ________________________________________ for all purposes.</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That the reason for this change of name is ____________________________________________________.</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That both the said names, that is ______________________________ and ______________________________, refer to one and the same person, namely myself, and no other person whatsoever.</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That this affidavit is being made to be produced before ____________________________________________ and for such other lawful purpose as may be required.</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That the contents of this affidavit are true and correct to the best of my knowledge and belief, nothing material has been concealed therefrom and no part of it is false.</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DEPONENT</w:t>
      </w:r>
    </w:p>
    <w:p>
      <w:r>
        <w:rPr>
          <w:rFonts w:ascii="Cambria" w:hAnsi="Cambria" w:cs="Cambria" w:eastAsia="Cambria"/>
          <w:b w:val="0"/>
          <w:i w:val="0"/>
          <w:sz w:val="12"/>
        </w:rPr>
      </w:r>
    </w:p>
    <w:p>
      <w:pPr>
        <w:spacing w:before="240" w:after="80"/>
      </w:pPr>
      <w:r>
        <w:rPr>
          <w:rFonts w:ascii="Cambria" w:hAnsi="Cambria" w:cs="Cambria" w:eastAsia="Cambria"/>
          <w:b/>
          <w:i w:val="0"/>
          <w:sz w:val="22"/>
        </w:rPr>
        <w:t>VERIFICATION</w:t>
      </w:r>
    </w:p>
    <w:p>
      <w:pPr>
        <w:jc w:val="both"/>
      </w:pPr>
      <w:r>
        <w:rPr>
          <w:rFonts w:ascii="Cambria" w:hAnsi="Cambria" w:cs="Cambria" w:eastAsia="Cambria"/>
          <w:b w:val="0"/>
          <w:i w:val="0"/>
          <w:sz w:val="22"/>
        </w:rPr>
        <w:t>Verified at Vadodara on this ______ day of ____________________, 20____, that the contents of the above affidavit are true and correct to the best of my knowledge and belief and that nothing material has been concealed therefrom.</w:t>
      </w:r>
    </w:p>
    <w:p>
      <w:r>
        <w:rPr>
          <w:rFonts w:ascii="Cambria" w:hAnsi="Cambria" w:cs="Cambria" w:eastAsia="Cambria"/>
          <w:b w:val="0"/>
          <w:i w:val="0"/>
          <w:sz w:val="12"/>
        </w:rPr>
      </w:r>
    </w:p>
    <w:p>
      <w:pPr>
        <w:spacing w:before="440"/>
        <w:jc w:val="right"/>
      </w:pPr>
      <w:r>
        <w:rPr>
          <w:rFonts w:ascii="Cambria" w:hAnsi="Cambria" w:cs="Cambria" w:eastAsia="Cambria"/>
          <w:b/>
          <w:i w:val="0"/>
          <w:sz w:val="22"/>
        </w:rPr>
        <w:t>__________________________</w:t>
        <w:br/>
        <w:t>DEPONENT</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