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Cambria" w:hAnsi="Cambria" w:cs="Cambria" w:eastAsia="Cambria"/>
          <w:b/>
          <w:i w:val="0"/>
          <w:color w:val="9C2B26"/>
          <w:sz w:val="17"/>
        </w:rPr>
        <w:t>EXECUTE ON STAMP PAPER OF THE VALUE CURRENTLY PRESCRIBED — ASK US, DO NOT GUESS</w:t>
      </w:r>
    </w:p>
    <w:p>
      <w:pPr>
        <w:spacing w:after="80"/>
        <w:jc w:val="center"/>
      </w:pPr>
      <w:r>
        <w:rPr>
          <w:rFonts w:ascii="Cambria" w:hAnsi="Cambria" w:cs="Cambria" w:eastAsia="Cambria"/>
          <w:b/>
          <w:i w:val="0"/>
          <w:sz w:val="30"/>
        </w:rPr>
        <w:t>AFFIDAVIT</w:t>
      </w:r>
    </w:p>
    <w:p>
      <w:pPr>
        <w:jc w:val="both"/>
      </w:pPr>
      <w:r>
        <w:rPr>
          <w:rFonts w:ascii="Cambria" w:hAnsi="Cambria" w:cs="Cambria" w:eastAsia="Cambria"/>
          <w:b w:val="0"/>
          <w:i w:val="0"/>
          <w:sz w:val="22"/>
        </w:rPr>
        <w:t>I, ________________________________________, aged about ______ years, son / daughter / wife of ________________________________________, occupation ____________________, permanent resident of _________________________________________________________________________________, do hereby solemnly affirm and state on oath as under:</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That I am a citizen of India and the deponent herein, and I am well acquainted with the facts stated in this affidavit.</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That my name has been recorded differently in different documents, as set out below:</w:t>
      </w:r>
    </w:p>
    <w:p>
      <w:pPr>
        <w:jc w:val="both"/>
      </w:pPr>
      <w:r>
        <w:rPr>
          <w:rFonts w:ascii="Cambria" w:hAnsi="Cambria" w:cs="Cambria" w:eastAsia="Cambria"/>
          <w:b w:val="0"/>
          <w:i w:val="0"/>
          <w:sz w:val="22"/>
        </w:rPr>
        <w:t xml:space="preserve">        (a)  Name recorded as ______________________________________ in ______________________________________</w:t>
      </w:r>
    </w:p>
    <w:p>
      <w:pPr>
        <w:jc w:val="both"/>
      </w:pPr>
      <w:r>
        <w:rPr>
          <w:rFonts w:ascii="Cambria" w:hAnsi="Cambria" w:cs="Cambria" w:eastAsia="Cambria"/>
          <w:b w:val="0"/>
          <w:i w:val="0"/>
          <w:sz w:val="22"/>
        </w:rPr>
        <w:t xml:space="preserve">        (b)  Name recorded as ______________________________________ in ______________________________________</w:t>
      </w:r>
    </w:p>
    <w:p>
      <w:pPr>
        <w:jc w:val="both"/>
      </w:pPr>
      <w:r>
        <w:rPr>
          <w:rFonts w:ascii="Cambria" w:hAnsi="Cambria" w:cs="Cambria" w:eastAsia="Cambria"/>
          <w:b w:val="0"/>
          <w:i w:val="0"/>
          <w:sz w:val="22"/>
        </w:rPr>
        <w:t xml:space="preserve">        (c)  Name recorded as ______________________________________ in ______________________________________</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That all the names set out above refer to one and the same person, namely myself, and to no other person whatsoever.</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That there has been no change of my name at any time, and the variation set out above has arisen only on account of ____________________________________________________.</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That my correct and full name, which I use for all purposes, is ________________________________________.</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That this affidavit is being made to be produced before ____________________________________________ and for such other lawful purpose as may be required.</w:t>
      </w:r>
    </w:p>
    <w:p>
      <w:pPr>
        <w:ind w:left="567" w:hanging="567"/>
        <w:jc w:val="both"/>
      </w:pPr>
      <w:r>
        <w:rPr>
          <w:rFonts w:ascii="Cambria" w:hAnsi="Cambria" w:cs="Cambria" w:eastAsia="Cambria"/>
          <w:b/>
          <w:i w:val="0"/>
          <w:sz w:val="22"/>
        </w:rPr>
        <w:t xml:space="preserve">7.  </w:t>
      </w:r>
      <w:r>
        <w:rPr>
          <w:rFonts w:ascii="Cambria" w:hAnsi="Cambria" w:cs="Cambria" w:eastAsia="Cambria"/>
          <w:b w:val="0"/>
          <w:i w:val="0"/>
          <w:sz w:val="22"/>
        </w:rPr>
        <w:t>That the contents of this affidavit are true and correct to the best of my knowledge and belief, nothing material has been concealed therefrom and no part of it is false.</w:t>
      </w:r>
    </w:p>
    <w:p>
      <w:r>
        <w:rPr>
          <w:rFonts w:ascii="Cambria" w:hAnsi="Cambria" w:cs="Cambria" w:eastAsia="Cambria"/>
          <w:b w:val="0"/>
          <w:i w:val="0"/>
          <w:sz w:val="12"/>
        </w:rPr>
      </w:r>
    </w:p>
    <w:p>
      <w:pPr>
        <w:spacing w:before="440"/>
        <w:jc w:val="right"/>
      </w:pPr>
      <w:r>
        <w:rPr>
          <w:rFonts w:ascii="Cambria" w:hAnsi="Cambria" w:cs="Cambria" w:eastAsia="Cambria"/>
          <w:b/>
          <w:i w:val="0"/>
          <w:sz w:val="22"/>
        </w:rPr>
        <w:t>__________________________</w:t>
        <w:br/>
        <w:t>DEPONENT</w:t>
      </w:r>
    </w:p>
    <w:p>
      <w:r>
        <w:rPr>
          <w:rFonts w:ascii="Cambria" w:hAnsi="Cambria" w:cs="Cambria" w:eastAsia="Cambria"/>
          <w:b w:val="0"/>
          <w:i w:val="0"/>
          <w:sz w:val="12"/>
        </w:rPr>
      </w:r>
    </w:p>
    <w:p>
      <w:pPr>
        <w:spacing w:before="240" w:after="80"/>
      </w:pPr>
      <w:r>
        <w:rPr>
          <w:rFonts w:ascii="Cambria" w:hAnsi="Cambria" w:cs="Cambria" w:eastAsia="Cambria"/>
          <w:b/>
          <w:i w:val="0"/>
          <w:sz w:val="22"/>
        </w:rPr>
        <w:t>VERIFICATION</w:t>
      </w:r>
    </w:p>
    <w:p>
      <w:pPr>
        <w:jc w:val="both"/>
      </w:pPr>
      <w:r>
        <w:rPr>
          <w:rFonts w:ascii="Cambria" w:hAnsi="Cambria" w:cs="Cambria" w:eastAsia="Cambria"/>
          <w:b w:val="0"/>
          <w:i w:val="0"/>
          <w:sz w:val="22"/>
        </w:rPr>
        <w:t>Verified at Vadodara on this ______ day of ____________________, 20____, that the contents of the above affidavit are true and correct to the best of my knowledge and belief and that nothing material has been concealed therefrom.</w:t>
      </w:r>
    </w:p>
    <w:p>
      <w:r>
        <w:rPr>
          <w:rFonts w:ascii="Cambria" w:hAnsi="Cambria" w:cs="Cambria" w:eastAsia="Cambria"/>
          <w:b w:val="0"/>
          <w:i w:val="0"/>
          <w:sz w:val="12"/>
        </w:rPr>
      </w:r>
    </w:p>
    <w:p>
      <w:pPr>
        <w:spacing w:before="440"/>
        <w:jc w:val="right"/>
      </w:pPr>
      <w:r>
        <w:rPr>
          <w:rFonts w:ascii="Cambria" w:hAnsi="Cambria" w:cs="Cambria" w:eastAsia="Cambria"/>
          <w:b/>
          <w:i w:val="0"/>
          <w:sz w:val="22"/>
        </w:rPr>
        <w:t>__________________________</w:t>
        <w:br/>
        <w:t>DEPONENT</w:t>
      </w:r>
    </w:p>
    <w:p/>
    <w:p>
      <w:pPr>
        <w:spacing w:before="360"/>
        <w:jc w:val="both"/>
      </w:pPr>
      <w:r>
        <w:rPr>
          <w:rFonts w:ascii="Cambria" w:hAnsi="Cambria" w:cs="Cambria" w:eastAsia="Cambria"/>
          <w:b w:val="0"/>
          <w:i/>
          <w:color w:val="555555"/>
          <w:sz w:val="16"/>
        </w:rPr>
        <w:t>This format is provided free by Harsiddhi Services, Vadodara, as general information. It is a starting point, not legal advice, and it has not been drafted for your particular facts. Before it is used it must be executed on stamp paper of the value currently prescribed, signed by the correct parties, and where required sworn before a Notary or registered with the Sub-Registrar. Bring it to us and we will check it, stamp it and notarise it in one visit.</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Cambria" w:hAnsi="Cambria" w:cs="Cambria" w:eastAsia="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