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સોગંદનામું</w:t>
      </w:r>
    </w:p>
    <w:p>
      <w:pPr>
        <w:jc w:val="both"/>
      </w:pPr>
      <w:r>
        <w:rPr>
          <w:rFonts w:ascii="Noto Serif Gujarati" w:hAnsi="Noto Serif Gujarati" w:cs="Noto Serif Gujarati" w:eastAsia="Noto Serif Gujarati"/>
          <w:b w:val="0"/>
          <w:i w:val="0"/>
          <w:sz w:val="22"/>
        </w:rPr>
        <w:t>હું, નીચે સહી કરનાર ________________________________________, ઉંમર આશરે ______ વર્ષ, પુત્ર / પુત્રી / પત્ની ________________________________________, ધંધો ____________________, કાયમી રહેવાસી _________________________________________________________________________________, આથી સોગંદપૂર્વક જાહેર કરું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હું ભારતનો નાગરિક છું અને આ સોગંદનામું કરનાર છું, તથા નીચે જણાવેલ હકીકતોથી હું પૂરેપૂરો વાકેફ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જુદા જુદા દસ્તાવેજોમાં મારું નામ નીચે મુજબ જુદી જુદી રીતે નોંધાયેલ છે:</w:t>
      </w:r>
    </w:p>
    <w:p>
      <w:pPr>
        <w:jc w:val="both"/>
      </w:pPr>
      <w:r>
        <w:rPr>
          <w:rFonts w:ascii="Noto Serif Gujarati" w:hAnsi="Noto Serif Gujarati" w:cs="Noto Serif Gujarati" w:eastAsia="Noto Serif Gujarati"/>
          <w:b w:val="0"/>
          <w:i w:val="0"/>
          <w:sz w:val="22"/>
        </w:rPr>
        <w:t xml:space="preserve">        (અ)  નામ ______________________________________ તરીકે નોંધાયેલ છે, દસ્તાવેજ ______________________________________</w:t>
      </w:r>
    </w:p>
    <w:p>
      <w:pPr>
        <w:jc w:val="both"/>
      </w:pPr>
      <w:r>
        <w:rPr>
          <w:rFonts w:ascii="Noto Serif Gujarati" w:hAnsi="Noto Serif Gujarati" w:cs="Noto Serif Gujarati" w:eastAsia="Noto Serif Gujarati"/>
          <w:b w:val="0"/>
          <w:i w:val="0"/>
          <w:sz w:val="22"/>
        </w:rPr>
        <w:t xml:space="preserve">        (બ)  નામ ______________________________________ તરીકે નોંધાયેલ છે, દસ્તાવેજ ______________________________________</w:t>
      </w:r>
    </w:p>
    <w:p>
      <w:pPr>
        <w:jc w:val="both"/>
      </w:pPr>
      <w:r>
        <w:rPr>
          <w:rFonts w:ascii="Noto Serif Gujarati" w:hAnsi="Noto Serif Gujarati" w:cs="Noto Serif Gujarati" w:eastAsia="Noto Serif Gujarati"/>
          <w:b w:val="0"/>
          <w:i w:val="0"/>
          <w:sz w:val="22"/>
        </w:rPr>
        <w:t xml:space="preserve">        (ક)  નામ ______________________________________ તરીકે નોંધાયેલ છે, દસ્તાવેજ ______________________________________</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ઉપર જણાવેલ તમામ નામ એક જ વ્યક્તિ એટલે કે મને જ લાગુ પડે છે, અન્ય કોઈ વ્યક્તિને નહીં.</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મેં કોઈ પણ સમયે મારું નામ બદલેલ નથી, અને ઉપર જણાવેલ તફાવત માત્ર ____________________________________________________ ના કારણે ઉભો થયેલ છે.</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દરેક હેતુ માટે હું જે વાપરું છું તે મારું સાચું અને પૂરું નામ ________________________________________ છે.</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આ સોગંદનામું ____________________________________________ સમક્ષ રજૂ કરવા માટે તથા કાયદેસર જરૂરી અન્ય હેતુ માટે કરવામાં આવે છે.</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આ સોગંદનામામાં લખેલ હકીકતો મારી જાણ અને માન્યતા મુજબ સાચી અને ખરી છે, તેમાં કોઈ મહત્વની બાબત છુપાવવામાં આવી નથી અને તેનો કોઈ ભાગ ખોટો નથી.</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ખાતરી</w:t>
      </w:r>
    </w:p>
    <w:p>
      <w:pPr>
        <w:jc w:val="both"/>
      </w:pPr>
      <w:r>
        <w:rPr>
          <w:rFonts w:ascii="Noto Serif Gujarati" w:hAnsi="Noto Serif Gujarati" w:cs="Noto Serif Gujarati" w:eastAsia="Noto Serif Gujarati"/>
          <w:b w:val="0"/>
          <w:i w:val="0"/>
          <w:sz w:val="22"/>
        </w:rPr>
        <w:t>સ્થળ: વડોદરા.  તારીખ: ______ / ______ / ૨૦______.</w:t>
      </w:r>
    </w:p>
    <w:p>
      <w:pPr>
        <w:jc w:val="both"/>
      </w:pPr>
      <w:r>
        <w:rPr>
          <w:rFonts w:ascii="Noto Serif Gujarati" w:hAnsi="Noto Serif Gujarati" w:cs="Noto Serif Gujarati" w:eastAsia="Noto Serif Gujarati"/>
          <w:b w:val="0"/>
          <w:i w:val="0"/>
          <w:sz w:val="22"/>
        </w:rPr>
        <w:t>ઉપરોક્ત સોગંદનામામાં લખેલ હકીકતો મારી જાણ અને માન્યતા મુજબ સાચી અને ખરી છે તથા તેમાં કોઈ મહત્વની બાબત છુપાવવામાં આવી નથી, તેની હું આથી ખાતરી આપું છું.</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