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jc w:val="center"/>
      </w:pPr>
      <w:r>
        <w:rPr>
          <w:rFonts w:ascii="Cambria" w:hAnsi="Cambria" w:cs="Cambria" w:eastAsia="Cambria"/>
          <w:b/>
          <w:i w:val="0"/>
          <w:color w:val="9C2B26"/>
          <w:sz w:val="17"/>
        </w:rPr>
        <w:t>EXECUTE ON STAMP PAPER OF THE VALUE CURRENTLY PRESCRIBED — ASK US, DO NOT GUESS</w:t>
      </w:r>
    </w:p>
    <w:p>
      <w:pPr>
        <w:spacing w:after="80"/>
        <w:jc w:val="center"/>
      </w:pPr>
      <w:r>
        <w:rPr>
          <w:rFonts w:ascii="Cambria" w:hAnsi="Cambria" w:cs="Cambria" w:eastAsia="Cambria"/>
          <w:b/>
          <w:i w:val="0"/>
          <w:sz w:val="30"/>
        </w:rPr>
        <w:t>INDEMNITY BOND</w:t>
      </w:r>
    </w:p>
    <w:p>
      <w:r>
        <w:rPr>
          <w:rFonts w:ascii="Cambria" w:hAnsi="Cambria" w:cs="Cambria" w:eastAsia="Cambria"/>
          <w:b w:val="0"/>
          <w:i w:val="0"/>
          <w:sz w:val="12"/>
        </w:rPr>
      </w:r>
    </w:p>
    <w:p>
      <w:pPr>
        <w:jc w:val="both"/>
      </w:pPr>
      <w:r>
        <w:rPr>
          <w:rFonts w:ascii="Cambria" w:hAnsi="Cambria" w:cs="Cambria" w:eastAsia="Cambria"/>
          <w:b w:val="0"/>
          <w:i w:val="0"/>
          <w:sz w:val="22"/>
        </w:rPr>
        <w:t>THIS DEED OF INDEMNITY is made at Vadodara on this ______ day of ____________________, 20____</w:t>
      </w:r>
    </w:p>
    <w:p>
      <w:r>
        <w:rPr>
          <w:rFonts w:ascii="Cambria" w:hAnsi="Cambria" w:cs="Cambria" w:eastAsia="Cambria"/>
          <w:b w:val="0"/>
          <w:i w:val="0"/>
          <w:sz w:val="12"/>
        </w:rPr>
      </w:r>
    </w:p>
    <w:p>
      <w:pPr>
        <w:jc w:val="both"/>
      </w:pPr>
      <w:r>
        <w:rPr>
          <w:rFonts w:ascii="Cambria" w:hAnsi="Cambria" w:cs="Cambria" w:eastAsia="Cambria"/>
          <w:b w:val="0"/>
          <w:i w:val="0"/>
          <w:sz w:val="22"/>
        </w:rPr>
        <w:t>BY ________________________________________, aged about ______ years, son / daughter / wife of ________________________________________, occupation ____________________, residing at _________________________________________________________________________________, hereinafter referred to as the INDEMNIFIER;</w:t>
      </w:r>
    </w:p>
    <w:p>
      <w:r>
        <w:rPr>
          <w:rFonts w:ascii="Cambria" w:hAnsi="Cambria" w:cs="Cambria" w:eastAsia="Cambria"/>
          <w:b w:val="0"/>
          <w:i w:val="0"/>
          <w:sz w:val="12"/>
        </w:rPr>
      </w:r>
    </w:p>
    <w:p>
      <w:pPr>
        <w:jc w:val="both"/>
      </w:pPr>
      <w:r>
        <w:rPr>
          <w:rFonts w:ascii="Cambria" w:hAnsi="Cambria" w:cs="Cambria" w:eastAsia="Cambria"/>
          <w:b w:val="0"/>
          <w:i w:val="0"/>
          <w:sz w:val="22"/>
        </w:rPr>
        <w:t>IN FAVOUR OF ________________________________________, having its office at _________________________________________________________________________, hereinafter referred to as the INDEMNIFIED.</w:t>
      </w:r>
    </w:p>
    <w:p>
      <w:r>
        <w:rPr>
          <w:rFonts w:ascii="Cambria" w:hAnsi="Cambria" w:cs="Cambria" w:eastAsia="Cambria"/>
          <w:b w:val="0"/>
          <w:i w:val="0"/>
          <w:sz w:val="12"/>
        </w:rPr>
      </w:r>
    </w:p>
    <w:p>
      <w:pPr>
        <w:spacing w:before="240" w:after="80"/>
      </w:pPr>
      <w:r>
        <w:rPr>
          <w:rFonts w:ascii="Cambria" w:hAnsi="Cambria" w:cs="Cambria" w:eastAsia="Cambria"/>
          <w:b/>
          <w:i w:val="0"/>
          <w:sz w:val="22"/>
        </w:rPr>
        <w:t>WHEREAS</w:t>
      </w:r>
    </w:p>
    <w:p>
      <w:pPr>
        <w:ind w:left="567" w:hanging="567"/>
        <w:jc w:val="both"/>
      </w:pPr>
      <w:r>
        <w:rPr>
          <w:rFonts w:ascii="Cambria" w:hAnsi="Cambria" w:cs="Cambria" w:eastAsia="Cambria"/>
          <w:b/>
          <w:i w:val="0"/>
          <w:sz w:val="22"/>
        </w:rPr>
        <w:t xml:space="preserve">1.  </w:t>
      </w:r>
      <w:r>
        <w:rPr>
          <w:rFonts w:ascii="Cambria" w:hAnsi="Cambria" w:cs="Cambria" w:eastAsia="Cambria"/>
          <w:b w:val="0"/>
          <w:i w:val="0"/>
          <w:sz w:val="22"/>
        </w:rPr>
        <w:t>The Indemnifier has requested the Indemnified to ____________________________________________________________________________________ (state exactly what is being asked for — issue of a duplicate, release of funds, transfer, etc.).</w:t>
      </w:r>
    </w:p>
    <w:p>
      <w:pPr>
        <w:ind w:left="567" w:hanging="567"/>
        <w:jc w:val="both"/>
      </w:pPr>
      <w:r>
        <w:rPr>
          <w:rFonts w:ascii="Cambria" w:hAnsi="Cambria" w:cs="Cambria" w:eastAsia="Cambria"/>
          <w:b/>
          <w:i w:val="0"/>
          <w:sz w:val="22"/>
        </w:rPr>
        <w:t xml:space="preserve">2.  </w:t>
      </w:r>
      <w:r>
        <w:rPr>
          <w:rFonts w:ascii="Cambria" w:hAnsi="Cambria" w:cs="Cambria" w:eastAsia="Cambria"/>
          <w:b w:val="0"/>
          <w:i w:val="0"/>
          <w:sz w:val="22"/>
        </w:rPr>
        <w:t>The Indemnified has agreed to do so, relying on the statements made by the Indemnifier and on the indemnity given below, and without which the Indemnified would not have agreed.</w:t>
      </w:r>
    </w:p>
    <w:p>
      <w:r>
        <w:rPr>
          <w:rFonts w:ascii="Cambria" w:hAnsi="Cambria" w:cs="Cambria" w:eastAsia="Cambria"/>
          <w:b w:val="0"/>
          <w:i w:val="0"/>
          <w:sz w:val="12"/>
        </w:rPr>
      </w:r>
    </w:p>
    <w:p>
      <w:pPr>
        <w:spacing w:before="240" w:after="80"/>
      </w:pPr>
      <w:r>
        <w:rPr>
          <w:rFonts w:ascii="Cambria" w:hAnsi="Cambria" w:cs="Cambria" w:eastAsia="Cambria"/>
          <w:b/>
          <w:i w:val="0"/>
          <w:sz w:val="22"/>
        </w:rPr>
        <w:t>NOW THIS DEED WITNESSETH AS FOLLOWS</w:t>
      </w:r>
    </w:p>
    <w:p>
      <w:pPr>
        <w:ind w:left="567" w:hanging="567"/>
        <w:jc w:val="both"/>
      </w:pPr>
      <w:r>
        <w:rPr>
          <w:rFonts w:ascii="Cambria" w:hAnsi="Cambria" w:cs="Cambria" w:eastAsia="Cambria"/>
          <w:b/>
          <w:i w:val="0"/>
          <w:sz w:val="22"/>
        </w:rPr>
        <w:t xml:space="preserve">1.  </w:t>
      </w:r>
      <w:r>
        <w:rPr>
          <w:rFonts w:ascii="Cambria" w:hAnsi="Cambria" w:cs="Cambria" w:eastAsia="Cambria"/>
          <w:b w:val="0"/>
          <w:i w:val="0"/>
          <w:sz w:val="22"/>
        </w:rPr>
        <w:t>The Indemnifier states that the facts set out above and in the accompanying affidavit / application are true and correct, and that nothing material has been concealed.</w:t>
      </w:r>
    </w:p>
    <w:p>
      <w:pPr>
        <w:ind w:left="567" w:hanging="567"/>
        <w:jc w:val="both"/>
      </w:pPr>
      <w:r>
        <w:rPr>
          <w:rFonts w:ascii="Cambria" w:hAnsi="Cambria" w:cs="Cambria" w:eastAsia="Cambria"/>
          <w:b/>
          <w:i w:val="0"/>
          <w:sz w:val="22"/>
        </w:rPr>
        <w:t xml:space="preserve">2.  </w:t>
      </w:r>
      <w:r>
        <w:rPr>
          <w:rFonts w:ascii="Cambria" w:hAnsi="Cambria" w:cs="Cambria" w:eastAsia="Cambria"/>
          <w:b w:val="0"/>
          <w:i w:val="0"/>
          <w:sz w:val="22"/>
        </w:rPr>
        <w:t>The Indemnifier undertakes to indemnify and keep indemnified the Indemnified against all loss, damage, cost, charge, claim, demand and proceeding that the Indemnified may suffer or incur by reason of having acted on the said request, arising out of the transaction described above.</w:t>
      </w:r>
    </w:p>
    <w:p>
      <w:pPr>
        <w:ind w:left="567" w:hanging="567"/>
        <w:jc w:val="both"/>
      </w:pPr>
      <w:r>
        <w:rPr>
          <w:rFonts w:ascii="Cambria" w:hAnsi="Cambria" w:cs="Cambria" w:eastAsia="Cambria"/>
          <w:b/>
          <w:i w:val="0"/>
          <w:sz w:val="22"/>
        </w:rPr>
        <w:t xml:space="preserve">3.  </w:t>
      </w:r>
      <w:r>
        <w:rPr>
          <w:rFonts w:ascii="Cambria" w:hAnsi="Cambria" w:cs="Cambria" w:eastAsia="Cambria"/>
          <w:b w:val="0"/>
          <w:i w:val="0"/>
          <w:sz w:val="22"/>
        </w:rPr>
        <w:t>The Indemnifier undertakes that if the original document or the true position is at any time discovered, the Indemnifier shall inform the Indemnified forthwith and shall surrender the original document without making any use of it.</w:t>
      </w:r>
    </w:p>
    <w:p>
      <w:pPr>
        <w:ind w:left="567" w:hanging="567"/>
        <w:jc w:val="both"/>
      </w:pPr>
      <w:r>
        <w:rPr>
          <w:rFonts w:ascii="Cambria" w:hAnsi="Cambria" w:cs="Cambria" w:eastAsia="Cambria"/>
          <w:b/>
          <w:i w:val="0"/>
          <w:sz w:val="22"/>
        </w:rPr>
        <w:t xml:space="preserve">4.  </w:t>
      </w:r>
      <w:r>
        <w:rPr>
          <w:rFonts w:ascii="Cambria" w:hAnsi="Cambria" w:cs="Cambria" w:eastAsia="Cambria"/>
          <w:b w:val="0"/>
          <w:i w:val="0"/>
          <w:sz w:val="22"/>
        </w:rPr>
        <w:t>This indemnity is limited to the transaction described above and shall remain in force so long as any claim in respect of it may be made against the Indemnified.</w:t>
      </w:r>
    </w:p>
    <w:p>
      <w:pPr>
        <w:ind w:left="567" w:hanging="567"/>
        <w:jc w:val="both"/>
      </w:pPr>
      <w:r>
        <w:rPr>
          <w:rFonts w:ascii="Cambria" w:hAnsi="Cambria" w:cs="Cambria" w:eastAsia="Cambria"/>
          <w:b/>
          <w:i w:val="0"/>
          <w:sz w:val="22"/>
        </w:rPr>
        <w:t xml:space="preserve">5.  </w:t>
      </w:r>
      <w:r>
        <w:rPr>
          <w:rFonts w:ascii="Cambria" w:hAnsi="Cambria" w:cs="Cambria" w:eastAsia="Cambria"/>
          <w:b w:val="0"/>
          <w:i w:val="0"/>
          <w:sz w:val="22"/>
        </w:rPr>
        <w:t>This indemnity shall bind the heirs, executors, administrators and legal representatives of the Indemnifier.</w:t>
      </w:r>
    </w:p>
    <w:p>
      <w:pPr>
        <w:ind w:left="567" w:hanging="567"/>
        <w:jc w:val="both"/>
      </w:pPr>
      <w:r>
        <w:rPr>
          <w:rFonts w:ascii="Cambria" w:hAnsi="Cambria" w:cs="Cambria" w:eastAsia="Cambria"/>
          <w:b/>
          <w:i w:val="0"/>
          <w:sz w:val="22"/>
        </w:rPr>
        <w:t xml:space="preserve">6.  </w:t>
      </w:r>
      <w:r>
        <w:rPr>
          <w:rFonts w:ascii="Cambria" w:hAnsi="Cambria" w:cs="Cambria" w:eastAsia="Cambria"/>
          <w:b w:val="0"/>
          <w:i w:val="0"/>
          <w:sz w:val="22"/>
        </w:rPr>
        <w:t>The courts at Vadodara shall have jurisdiction in respect of any dispute arising out of this Deed.</w:t>
      </w:r>
    </w:p>
    <w:p>
      <w:r>
        <w:rPr>
          <w:rFonts w:ascii="Cambria" w:hAnsi="Cambria" w:cs="Cambria" w:eastAsia="Cambria"/>
          <w:b w:val="0"/>
          <w:i w:val="0"/>
          <w:sz w:val="12"/>
        </w:rPr>
      </w:r>
    </w:p>
    <w:p>
      <w:pPr>
        <w:jc w:val="both"/>
      </w:pPr>
      <w:r>
        <w:rPr>
          <w:rFonts w:ascii="Cambria" w:hAnsi="Cambria" w:cs="Cambria" w:eastAsia="Cambria"/>
          <w:b w:val="0"/>
          <w:i w:val="0"/>
          <w:sz w:val="22"/>
        </w:rPr>
        <w:t>IN WITNESS WHEREOF the Indemnifier has set his / her hand to this Deed on the day, month and year first above written.</w:t>
      </w:r>
    </w:p>
    <w:p>
      <w:r>
        <w:rPr>
          <w:rFonts w:ascii="Cambria" w:hAnsi="Cambria" w:cs="Cambria" w:eastAsia="Cambria"/>
          <w:b w:val="0"/>
          <w:i w:val="0"/>
          <w:sz w:val="12"/>
        </w:rPr>
      </w:r>
    </w:p>
    <w:p>
      <w:pPr>
        <w:spacing w:before="440"/>
        <w:jc w:val="right"/>
      </w:pPr>
      <w:r>
        <w:rPr>
          <w:rFonts w:ascii="Cambria" w:hAnsi="Cambria" w:cs="Cambria" w:eastAsia="Cambria"/>
          <w:b/>
          <w:i w:val="0"/>
          <w:sz w:val="22"/>
        </w:rPr>
        <w:t>__________________________</w:t>
        <w:br/>
        <w:t>INDEMNIFIER</w:t>
      </w:r>
    </w:p>
    <w:p>
      <w:r>
        <w:rPr>
          <w:rFonts w:ascii="Cambria" w:hAnsi="Cambria" w:cs="Cambria" w:eastAsia="Cambria"/>
          <w:b w:val="0"/>
          <w:i w:val="0"/>
          <w:sz w:val="12"/>
        </w:rPr>
      </w:r>
    </w:p>
    <w:p>
      <w:pPr>
        <w:spacing w:before="240" w:after="80"/>
      </w:pPr>
      <w:r>
        <w:rPr>
          <w:rFonts w:ascii="Cambria" w:hAnsi="Cambria" w:cs="Cambria" w:eastAsia="Cambria"/>
          <w:b/>
          <w:i w:val="0"/>
          <w:sz w:val="22"/>
        </w:rPr>
        <w:t>WITNESSES</w:t>
      </w:r>
    </w:p>
    <w:p>
      <w:pPr>
        <w:jc w:val="both"/>
      </w:pPr>
      <w:r>
        <w:rPr>
          <w:rFonts w:ascii="Cambria" w:hAnsi="Cambria" w:cs="Cambria" w:eastAsia="Cambria"/>
          <w:b w:val="0"/>
          <w:i w:val="0"/>
          <w:sz w:val="22"/>
        </w:rPr>
        <w:t>1.  Name: ________________________________  Signature: ______________________</w:t>
      </w:r>
    </w:p>
    <w:p>
      <w:pPr>
        <w:jc w:val="both"/>
      </w:pPr>
      <w:r>
        <w:rPr>
          <w:rFonts w:ascii="Cambria" w:hAnsi="Cambria" w:cs="Cambria" w:eastAsia="Cambria"/>
          <w:b w:val="0"/>
          <w:i w:val="0"/>
          <w:sz w:val="22"/>
        </w:rPr>
        <w:t xml:space="preserve">     Address: ____________________________________________________________</w:t>
      </w:r>
    </w:p>
    <w:p>
      <w:r>
        <w:rPr>
          <w:rFonts w:ascii="Cambria" w:hAnsi="Cambria" w:cs="Cambria" w:eastAsia="Cambria"/>
          <w:b w:val="0"/>
          <w:i w:val="0"/>
          <w:sz w:val="12"/>
        </w:rPr>
      </w:r>
    </w:p>
    <w:p>
      <w:pPr>
        <w:jc w:val="both"/>
      </w:pPr>
      <w:r>
        <w:rPr>
          <w:rFonts w:ascii="Cambria" w:hAnsi="Cambria" w:cs="Cambria" w:eastAsia="Cambria"/>
          <w:b w:val="0"/>
          <w:i w:val="0"/>
          <w:sz w:val="22"/>
        </w:rPr>
        <w:t>2.  Name: ________________________________  Signature: ______________________</w:t>
      </w:r>
    </w:p>
    <w:p>
      <w:pPr>
        <w:jc w:val="both"/>
      </w:pPr>
      <w:r>
        <w:rPr>
          <w:rFonts w:ascii="Cambria" w:hAnsi="Cambria" w:cs="Cambria" w:eastAsia="Cambria"/>
          <w:b w:val="0"/>
          <w:i w:val="0"/>
          <w:sz w:val="22"/>
        </w:rPr>
        <w:t xml:space="preserve">     Address: ____________________________________________________________</w:t>
      </w:r>
    </w:p>
    <w:p/>
    <w:p>
      <w:pPr>
        <w:spacing w:before="360"/>
        <w:jc w:val="both"/>
      </w:pPr>
      <w:r>
        <w:rPr>
          <w:rFonts w:ascii="Cambria" w:hAnsi="Cambria" w:cs="Cambria" w:eastAsia="Cambria"/>
          <w:b w:val="0"/>
          <w:i/>
          <w:color w:val="555555"/>
          <w:sz w:val="16"/>
        </w:rPr>
        <w:t>This format is provided free by Harsiddhi Services, Vadodara, as general information. It is a starting point, not legal advice, and it has not been drafted for your particular facts. Before it is used it must be executed on stamp paper of the value currently prescribed, signed by the correct parties, and where required sworn before a Notary or registered with the Sub-Registrar. Bring it to us and we will check it, stamp it and notarise it in one visit.</w:t>
      </w:r>
    </w:p>
    <w:sectPr w:rsidR="00FC693F" w:rsidRPr="0006063C" w:rsidSect="00034616">
      <w:headerReference w:type="default" r:id="rId9"/>
      <w:footerReference w:type="default" r:id="rId10"/>
      <w:pgSz w:w="12240" w:h="15840"/>
      <w:pgMar w:top="1134"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cs="Cambria" w:eastAsia="Cambria"/>
        <w:b w:val="0"/>
        <w:i w:val="0"/>
        <w:color w:val="888888"/>
        <w:sz w:val="14"/>
      </w:rPr>
      <w:t>1st Floor, K-117, Hare Krishna Complex, Chhani Jakatnaka Circle, Vadodara 390024  ·  Govt authorised e-Stamping centre, CSC 136237240013</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mbria" w:hAnsi="Cambria" w:cs="Cambria" w:eastAsia="Cambria"/>
        <w:b w:val="0"/>
        <w:i w:val="0"/>
        <w:color w:val="777777"/>
        <w:sz w:val="15"/>
      </w:rPr>
      <w:t>VADODARA NOTARY  ·  Harsiddhi Services, Vadodara  ·  94267 80195  ·  www.vadodaranotary.com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Cambria" w:hAnsi="Cambria" w:cs="Cambria" w:eastAsia="Cambr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