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Noto Serif Gujarati" w:hAnsi="Noto Serif Gujarati" w:cs="Noto Serif Gujarati" w:eastAsia="Noto Serif Gujarati"/>
          <w:b/>
          <w:i w:val="0"/>
          <w:color w:val="9C2B26"/>
          <w:sz w:val="17"/>
        </w:rPr>
        <w:t>હાલ નક્કી થયેલ કિંમતના સ્ટેમ્પ પેપર પર કરવું — અનુમાન ન કરવું, અમને પૂછવું</w:t>
      </w:r>
    </w:p>
    <w:p>
      <w:pPr>
        <w:spacing w:after="80"/>
        <w:jc w:val="center"/>
      </w:pPr>
      <w:r>
        <w:rPr>
          <w:rFonts w:ascii="Noto Serif Gujarati" w:hAnsi="Noto Serif Gujarati" w:cs="Noto Serif Gujarati" w:eastAsia="Noto Serif Gujarati"/>
          <w:b/>
          <w:i w:val="0"/>
          <w:sz w:val="30"/>
        </w:rPr>
        <w:t>નુકસાની બંધપત્ર</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આ નુકસાની બંધપત્ર વડોદરા ખાતે તારીખ ______ / ______ / ૨૦______ ના રોજ કરવામાં આવે છે.</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લખી આપનાર: ________________________________________, ઉંમર આશરે ______ વર્ષ, પુત્ર / પુત્રી / પત્ની ________________________________________, ધંધો ____________________, રહેવાસી _________________________________________________________________________________, જેમને હવે પછી બંધપત્ર લખી આપનાર તરીકે ઓળખવામાં આવશે;</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જેમની તરફેણમાં: ________________________________________, ઓફિસ _________________________________________________________________________, જેમને હવે પછી બંધપત્ર લેનાર તરીકે ઓળખવામાં આવશે.</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જ્યારે કે</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બંધપત્ર લખી આપનારે બંધપત્ર લેનારને ____________________________________________________________________________________ કરવા વિનંતી કરેલ છે (ડુપ્લિકેટ ઈશ્યુ કરવી, રકમ છૂટી કરવી, ટ્રાન્સફર કરવું વગેરે ચોક્કસ લખવું).</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બંધપત્ર લખી આપનારે કરેલ રજૂઆતો તથા નીચે આપેલ ખાતરી પર આધાર રાખીને બંધપત્ર લેનાર તે માટે સંમત થયેલ છે, અને તે વગર બંધપત્ર લેનાર સંમત થાત નહીં.</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હવે આ બંધપત્રથી નક્કી થાય છે કે</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ઉપર જણાવેલ તથા સાથેના સોગંદનામા / અરજીમાં જણાવેલ હકીકતો સાચી અને ખરી છે તથા તેમાં કોઈ મહત્વની બાબત છુપાવવામાં આવી નથી, તેવું બંધપત્ર લખી આપનાર જણાવે છે.</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ઉપરોક્ત વિનંતી અન્વયે કાર્યવાહી કરવાના કારણે બંધપત્ર લેનારને થનાર તમામ નુકસાન, ખર્ચ, દાવો, માંગણી તથા કાર્યવાહી સામે બંધપત્ર લખી આપનાર તેમને નુકસાનમુક્ત રાખવાની ખાતરી આપે છે.</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જો મૂળ દસ્તાવેજ કે સાચી હકીકત ભવિષ્યમાં જાણવા મળે તો બંધપત્ર લખી આપનારે તાત્કાલિક બંધપત્ર લેનારને જાણ કરવાની રહેશે તથા મૂળ દસ્તાવેજનો કોઈ ઉપયોગ કર્યા વગર તે સોંપી દેવાનો રહેશે.</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આ ખાતરી ઉપર જણાવેલ વ્યવહાર પૂરતી મર્યાદિત છે અને તે અંગે બંધપત્ર લેનાર સામે કોઈ દાવો થઈ શકે ત્યાં સુધી અમલમાં રહેશે.</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આ ખાતરી બંધપત્ર લખી આપનારના વારસદારો તથા કાયદેસર પ્રતિનિધિઓને બંધનકર્તા રહેશે.</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આ બંધપત્ર અંગેના કોઈ પણ વિવાદ માટે વડોદરાની અદાલતોને ન્યાયક્ષેત્ર રહેશે.</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ઉપર જણાવેલ તારીખે બંધપત્ર લખી આપનારે આ બંધપત્ર પર સહી કરેલ છે.</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બંધપત્ર લખી આપનારની સહી</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સાક્ષીઓ</w:t>
      </w:r>
    </w:p>
    <w:p>
      <w:pPr>
        <w:jc w:val="both"/>
      </w:pPr>
      <w:r>
        <w:rPr>
          <w:rFonts w:ascii="Noto Serif Gujarati" w:hAnsi="Noto Serif Gujarati" w:cs="Noto Serif Gujarati" w:eastAsia="Noto Serif Gujarati"/>
          <w:b w:val="0"/>
          <w:i w:val="0"/>
          <w:sz w:val="22"/>
        </w:rPr>
        <w:t>૧.  નામ: ________________________________  સહી: ______________________</w:t>
      </w:r>
    </w:p>
    <w:p>
      <w:pPr>
        <w:jc w:val="both"/>
      </w:pPr>
      <w:r>
        <w:rPr>
          <w:rFonts w:ascii="Noto Serif Gujarati" w:hAnsi="Noto Serif Gujarati" w:cs="Noto Serif Gujarati" w:eastAsia="Noto Serif Gujarati"/>
          <w:b w:val="0"/>
          <w:i w:val="0"/>
          <w:sz w:val="22"/>
        </w:rPr>
        <w:t xml:space="preserve">     સરનામું: ____________________________________________________________</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૨.  નામ: ________________________________  સહી: ______________________</w:t>
      </w:r>
    </w:p>
    <w:p>
      <w:pPr>
        <w:jc w:val="both"/>
      </w:pPr>
      <w:r>
        <w:rPr>
          <w:rFonts w:ascii="Noto Serif Gujarati" w:hAnsi="Noto Serif Gujarati" w:cs="Noto Serif Gujarati" w:eastAsia="Noto Serif Gujarati"/>
          <w:b w:val="0"/>
          <w:i w:val="0"/>
          <w:sz w:val="22"/>
        </w:rPr>
        <w:t xml:space="preserve">     સરનામું: ____________________________________________________________</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