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NO OBJECTION CERTIFICATE</w:t>
      </w:r>
    </w:p>
    <w:p>
      <w:r>
        <w:rPr>
          <w:rFonts w:ascii="Cambria" w:hAnsi="Cambria" w:cs="Cambria" w:eastAsia="Cambria"/>
          <w:b w:val="0"/>
          <w:i w:val="0"/>
          <w:sz w:val="12"/>
        </w:rPr>
      </w:r>
    </w:p>
    <w:p>
      <w:pPr>
        <w:jc w:val="both"/>
      </w:pPr>
      <w:r>
        <w:rPr>
          <w:rFonts w:ascii="Cambria" w:hAnsi="Cambria" w:cs="Cambria" w:eastAsia="Cambria"/>
          <w:b w:val="0"/>
          <w:i w:val="0"/>
          <w:sz w:val="22"/>
        </w:rPr>
        <w:t>Date: ______ / ______ / __________                    Place: Vadodara</w:t>
      </w:r>
    </w:p>
    <w:p>
      <w:r>
        <w:rPr>
          <w:rFonts w:ascii="Cambria" w:hAnsi="Cambria" w:cs="Cambria" w:eastAsia="Cambria"/>
          <w:b w:val="0"/>
          <w:i w:val="0"/>
          <w:sz w:val="12"/>
        </w:rPr>
      </w:r>
    </w:p>
    <w:p>
      <w:pPr>
        <w:jc w:val="both"/>
      </w:pPr>
      <w:r>
        <w:rPr>
          <w:rFonts w:ascii="Cambria" w:hAnsi="Cambria" w:cs="Cambria" w:eastAsia="Cambria"/>
          <w:b w:val="0"/>
          <w:i w:val="0"/>
          <w:sz w:val="22"/>
        </w:rPr>
        <w:t>To Whomsoever It May Concern</w:t>
      </w:r>
    </w:p>
    <w:p>
      <w:r>
        <w:rPr>
          <w:rFonts w:ascii="Cambria" w:hAnsi="Cambria" w:cs="Cambria" w:eastAsia="Cambria"/>
          <w:b w:val="0"/>
          <w:i w:val="0"/>
          <w:sz w:val="12"/>
        </w:rPr>
      </w:r>
    </w:p>
    <w:p>
      <w:pPr>
        <w:jc w:val="both"/>
      </w:pPr>
      <w:r>
        <w:rPr>
          <w:rFonts w:ascii="Cambria" w:hAnsi="Cambria" w:cs="Cambria" w:eastAsia="Cambria"/>
          <w:b w:val="0"/>
          <w:i w:val="0"/>
          <w:sz w:val="22"/>
        </w:rPr>
        <w:t>I, ________________________________________, aged about ______ years, son / daughter / wife of ________________________________________, residing at _________________________________________________________________________________, do hereby state and confirm as under:</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That I am the lawful owner of the premises described below (hereinafter referred to as the said premises):</w:t>
      </w:r>
    </w:p>
    <w:p>
      <w:pPr>
        <w:jc w:val="both"/>
      </w:pPr>
      <w:r>
        <w:rPr>
          <w:rFonts w:ascii="Cambria" w:hAnsi="Cambria" w:cs="Cambria" w:eastAsia="Cambria"/>
          <w:b w:val="0"/>
          <w:i w:val="0"/>
          <w:sz w:val="22"/>
        </w:rPr>
        <w:t xml:space="preserve">        Flat / House / Shop / Office No. ____________, Building ____________________________________,</w:t>
      </w:r>
    </w:p>
    <w:p>
      <w:pPr>
        <w:jc w:val="both"/>
      </w:pPr>
      <w:r>
        <w:rPr>
          <w:rFonts w:ascii="Cambria" w:hAnsi="Cambria" w:cs="Cambria" w:eastAsia="Cambria"/>
          <w:b w:val="0"/>
          <w:i w:val="0"/>
          <w:sz w:val="22"/>
        </w:rPr>
        <w:t xml:space="preserve">        Situated at ____________________________________________________________________,</w:t>
      </w:r>
    </w:p>
    <w:p>
      <w:pPr>
        <w:jc w:val="both"/>
      </w:pPr>
      <w:r>
        <w:rPr>
          <w:rFonts w:ascii="Cambria" w:hAnsi="Cambria" w:cs="Cambria" w:eastAsia="Cambria"/>
          <w:b w:val="0"/>
          <w:i w:val="0"/>
          <w:sz w:val="22"/>
        </w:rPr>
        <w:t xml:space="preserve">        Vadodara ____________, Gujarat.</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That ________________________________________ (hereinafter referred to as the Occupant) is in lawful occupation of the said premises under a Rent Agreement / Leave and Licence Agreement dated ______ / ______ / __________. (Strike out if the Occupant is a family member occupying without an agreement.)</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That I have NO OBJECTION to the Occupant using the said premises, and mentioning its address, for the purpose of ____________________________________________________________________ (state the exact purpose, for example: GST registration of M/s ______________________).</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That this No Objection Certificate is issued at the request of the Occupant, for the said purpose only, and creates no right, title or interest in the said premises in favour of any person beyond what has already been granted.</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That I have no objection to the concerned authority carrying out any verification of the said premises as it may require.</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OWNER</w:t>
      </w:r>
    </w:p>
    <w:p>
      <w:pPr>
        <w:jc w:val="both"/>
      </w:pPr>
      <w:r>
        <w:rPr>
          <w:rFonts w:ascii="Cambria" w:hAnsi="Cambria" w:cs="Cambria" w:eastAsia="Cambria"/>
          <w:b w:val="0"/>
          <w:i w:val="0"/>
          <w:sz w:val="22"/>
        </w:rPr>
        <w:t>Name: ________________________________________</w:t>
      </w:r>
    </w:p>
    <w:p>
      <w:pPr>
        <w:jc w:val="both"/>
      </w:pPr>
      <w:r>
        <w:rPr>
          <w:rFonts w:ascii="Cambria" w:hAnsi="Cambria" w:cs="Cambria" w:eastAsia="Cambria"/>
          <w:b w:val="0"/>
          <w:i w:val="0"/>
          <w:sz w:val="22"/>
        </w:rPr>
        <w:t>PAN / Aadhaar (last four digits): ______________     Mobile: ______________________</w:t>
      </w:r>
    </w:p>
    <w:p>
      <w:r>
        <w:rPr>
          <w:rFonts w:ascii="Cambria" w:hAnsi="Cambria" w:cs="Cambria" w:eastAsia="Cambria"/>
          <w:b w:val="0"/>
          <w:i w:val="0"/>
          <w:sz w:val="12"/>
        </w:rPr>
      </w:r>
    </w:p>
    <w:p>
      <w:pPr>
        <w:spacing w:before="240" w:after="80"/>
      </w:pPr>
      <w:r>
        <w:rPr>
          <w:rFonts w:ascii="Cambria" w:hAnsi="Cambria" w:cs="Cambria" w:eastAsia="Cambria"/>
          <w:b/>
          <w:i w:val="0"/>
          <w:sz w:val="22"/>
        </w:rPr>
        <w:t>WITNESSES</w:t>
      </w:r>
    </w:p>
    <w:p>
      <w:pPr>
        <w:jc w:val="both"/>
      </w:pPr>
      <w:r>
        <w:rPr>
          <w:rFonts w:ascii="Cambria" w:hAnsi="Cambria" w:cs="Cambria" w:eastAsia="Cambria"/>
          <w:b w:val="0"/>
          <w:i w:val="0"/>
          <w:sz w:val="22"/>
        </w:rPr>
        <w:t>1.  Name: ________________________________  Signature: ______________________</w:t>
      </w:r>
    </w:p>
    <w:p>
      <w:pPr>
        <w:jc w:val="both"/>
      </w:pPr>
      <w:r>
        <w:rPr>
          <w:rFonts w:ascii="Cambria" w:hAnsi="Cambria" w:cs="Cambria" w:eastAsia="Cambria"/>
          <w:b w:val="0"/>
          <w:i w:val="0"/>
          <w:sz w:val="22"/>
        </w:rPr>
        <w:t>2.  Name: ________________________________  Signature: ______________________</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