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jc w:val="center"/>
      </w:pPr>
      <w:r>
        <w:rPr>
          <w:rFonts w:ascii="Noto Serif Gujarati" w:hAnsi="Noto Serif Gujarati" w:cs="Noto Serif Gujarati" w:eastAsia="Noto Serif Gujarati"/>
          <w:b/>
          <w:i w:val="0"/>
          <w:color w:val="9C2B26"/>
          <w:sz w:val="17"/>
        </w:rPr>
        <w:t>હાલ નક્કી થયેલ કિંમતના સ્ટેમ્પ પેપર પર કરવું — અનુમાન ન કરવું, અમને પૂછવું</w:t>
      </w:r>
    </w:p>
    <w:p>
      <w:pPr>
        <w:spacing w:after="80"/>
        <w:jc w:val="center"/>
      </w:pPr>
      <w:r>
        <w:rPr>
          <w:rFonts w:ascii="Noto Serif Gujarati" w:hAnsi="Noto Serif Gujarati" w:cs="Noto Serif Gujarati" w:eastAsia="Noto Serif Gujarati"/>
          <w:b/>
          <w:i w:val="0"/>
          <w:sz w:val="30"/>
        </w:rPr>
        <w:t>ના વાંધા પ્રમાણપત્ર</w:t>
      </w:r>
    </w:p>
    <w:p>
      <w:r>
        <w:rPr>
          <w:rFonts w:ascii="Noto Serif Gujarati" w:hAnsi="Noto Serif Gujarati" w:cs="Noto Serif Gujarati" w:eastAsia="Noto Serif Gujarati"/>
          <w:b w:val="0"/>
          <w:i w:val="0"/>
          <w:sz w:val="12"/>
        </w:rPr>
      </w:r>
    </w:p>
    <w:p>
      <w:pPr>
        <w:jc w:val="both"/>
      </w:pPr>
      <w:r>
        <w:rPr>
          <w:rFonts w:ascii="Noto Serif Gujarati" w:hAnsi="Noto Serif Gujarati" w:cs="Noto Serif Gujarati" w:eastAsia="Noto Serif Gujarati"/>
          <w:b w:val="0"/>
          <w:i w:val="0"/>
          <w:sz w:val="22"/>
        </w:rPr>
        <w:t>તારીખ: ______ / ______ / __________                    સ્થળ: વડોદરા</w:t>
      </w:r>
    </w:p>
    <w:p>
      <w:r>
        <w:rPr>
          <w:rFonts w:ascii="Noto Serif Gujarati" w:hAnsi="Noto Serif Gujarati" w:cs="Noto Serif Gujarati" w:eastAsia="Noto Serif Gujarati"/>
          <w:b w:val="0"/>
          <w:i w:val="0"/>
          <w:sz w:val="12"/>
        </w:rPr>
      </w:r>
    </w:p>
    <w:p>
      <w:pPr>
        <w:jc w:val="both"/>
      </w:pPr>
      <w:r>
        <w:rPr>
          <w:rFonts w:ascii="Noto Serif Gujarati" w:hAnsi="Noto Serif Gujarati" w:cs="Noto Serif Gujarati" w:eastAsia="Noto Serif Gujarati"/>
          <w:b w:val="0"/>
          <w:i w:val="0"/>
          <w:sz w:val="22"/>
        </w:rPr>
        <w:t>જેને લાગુ પડતું હોય તેમને</w:t>
      </w:r>
    </w:p>
    <w:p>
      <w:r>
        <w:rPr>
          <w:rFonts w:ascii="Noto Serif Gujarati" w:hAnsi="Noto Serif Gujarati" w:cs="Noto Serif Gujarati" w:eastAsia="Noto Serif Gujarati"/>
          <w:b w:val="0"/>
          <w:i w:val="0"/>
          <w:sz w:val="12"/>
        </w:rPr>
      </w:r>
    </w:p>
    <w:p>
      <w:pPr>
        <w:jc w:val="both"/>
      </w:pPr>
      <w:r>
        <w:rPr>
          <w:rFonts w:ascii="Noto Serif Gujarati" w:hAnsi="Noto Serif Gujarati" w:cs="Noto Serif Gujarati" w:eastAsia="Noto Serif Gujarati"/>
          <w:b w:val="0"/>
          <w:i w:val="0"/>
          <w:sz w:val="22"/>
        </w:rPr>
        <w:t>હું, ________________________________________, ઉંમર આશરે ______ વર્ષ, પુત્ર / પુત્રી / પત્ની ________________________________________, રહેવાસી _________________________________________________________________________________, આથી જણાવું છું તથા ખાતરી આપું છું કે:</w:t>
      </w:r>
    </w:p>
    <w:p>
      <w:pPr>
        <w:ind w:left="567" w:hanging="567"/>
        <w:jc w:val="both"/>
      </w:pPr>
      <w:r>
        <w:rPr>
          <w:rFonts w:ascii="Noto Serif Gujarati" w:hAnsi="Noto Serif Gujarati" w:cs="Noto Serif Gujarati" w:eastAsia="Noto Serif Gujarati"/>
          <w:b/>
          <w:i w:val="0"/>
          <w:sz w:val="22"/>
        </w:rPr>
        <w:t xml:space="preserve">૧.  </w:t>
      </w:r>
      <w:r>
        <w:rPr>
          <w:rFonts w:ascii="Noto Serif Gujarati" w:hAnsi="Noto Serif Gujarati" w:cs="Noto Serif Gujarati" w:eastAsia="Noto Serif Gujarati"/>
          <w:b w:val="0"/>
          <w:i w:val="0"/>
          <w:sz w:val="22"/>
        </w:rPr>
        <w:t>નીચે વર્ણવેલ મિલકતનો હું કાયદેસર માલિક છું (જેને હવે પછી ઉપરોક્ત મિલકત તરીકે ઓળખવામાં આવશે):</w:t>
      </w:r>
    </w:p>
    <w:p>
      <w:pPr>
        <w:jc w:val="both"/>
      </w:pPr>
      <w:r>
        <w:rPr>
          <w:rFonts w:ascii="Noto Serif Gujarati" w:hAnsi="Noto Serif Gujarati" w:cs="Noto Serif Gujarati" w:eastAsia="Noto Serif Gujarati"/>
          <w:b w:val="0"/>
          <w:i w:val="0"/>
          <w:sz w:val="22"/>
        </w:rPr>
        <w:t xml:space="preserve">        ફ્લેટ / મકાન / દુકાન / ઓફિસ નં. ____________, ઈમારત ____________________________________,</w:t>
      </w:r>
    </w:p>
    <w:p>
      <w:pPr>
        <w:jc w:val="both"/>
      </w:pPr>
      <w:r>
        <w:rPr>
          <w:rFonts w:ascii="Noto Serif Gujarati" w:hAnsi="Noto Serif Gujarati" w:cs="Noto Serif Gujarati" w:eastAsia="Noto Serif Gujarati"/>
          <w:b w:val="0"/>
          <w:i w:val="0"/>
          <w:sz w:val="22"/>
        </w:rPr>
        <w:t xml:space="preserve">        સ્થળ ____________________________________________________________________,</w:t>
      </w:r>
    </w:p>
    <w:p>
      <w:pPr>
        <w:jc w:val="both"/>
      </w:pPr>
      <w:r>
        <w:rPr>
          <w:rFonts w:ascii="Noto Serif Gujarati" w:hAnsi="Noto Serif Gujarati" w:cs="Noto Serif Gujarati" w:eastAsia="Noto Serif Gujarati"/>
          <w:b w:val="0"/>
          <w:i w:val="0"/>
          <w:sz w:val="22"/>
        </w:rPr>
        <w:t xml:space="preserve">        વડોદરા ____________, ગુજરાત.</w:t>
      </w:r>
    </w:p>
    <w:p>
      <w:pPr>
        <w:ind w:left="567" w:hanging="567"/>
        <w:jc w:val="both"/>
      </w:pPr>
      <w:r>
        <w:rPr>
          <w:rFonts w:ascii="Noto Serif Gujarati" w:hAnsi="Noto Serif Gujarati" w:cs="Noto Serif Gujarati" w:eastAsia="Noto Serif Gujarati"/>
          <w:b/>
          <w:i w:val="0"/>
          <w:sz w:val="22"/>
        </w:rPr>
        <w:t xml:space="preserve">૨.  </w:t>
      </w:r>
      <w:r>
        <w:rPr>
          <w:rFonts w:ascii="Noto Serif Gujarati" w:hAnsi="Noto Serif Gujarati" w:cs="Noto Serif Gujarati" w:eastAsia="Noto Serif Gujarati"/>
          <w:b w:val="0"/>
          <w:i w:val="0"/>
          <w:sz w:val="22"/>
        </w:rPr>
        <w:t>________________________________________ (જેમને હવે પછી કબજેદાર તરીકે ઓળખવામાં આવશે) તારીખ ______ / ______ / __________ ના ભાડા કરાર અન્વયે ઉપરોક્ત મિલકતના કાયદેસર કબજામાં છે. (કરાર વગર કુટુંબના સભ્ય તરીકે રહેતા હોય તો છેકી નાખવું.)</w:t>
      </w:r>
    </w:p>
    <w:p>
      <w:pPr>
        <w:ind w:left="567" w:hanging="567"/>
        <w:jc w:val="both"/>
      </w:pPr>
      <w:r>
        <w:rPr>
          <w:rFonts w:ascii="Noto Serif Gujarati" w:hAnsi="Noto Serif Gujarati" w:cs="Noto Serif Gujarati" w:eastAsia="Noto Serif Gujarati"/>
          <w:b/>
          <w:i w:val="0"/>
          <w:sz w:val="22"/>
        </w:rPr>
        <w:t xml:space="preserve">૩.  </w:t>
      </w:r>
      <w:r>
        <w:rPr>
          <w:rFonts w:ascii="Noto Serif Gujarati" w:hAnsi="Noto Serif Gujarati" w:cs="Noto Serif Gujarati" w:eastAsia="Noto Serif Gujarati"/>
          <w:b w:val="0"/>
          <w:i w:val="0"/>
          <w:sz w:val="22"/>
        </w:rPr>
        <w:t>કબજેદાર ઉપરોક્ત મિલકતનો ઉપયોગ કરે તથા તેનું સરનામું ____________________________________________________________________ (ચોક્કસ હેતુ લખવો, દા.ત. મે. ______________________ ના જીએસટી રજિસ્ટ્રેશન માટે) ના હેતુ માટે દર્શાવે તે અંગે મને કોઈ વાંધો નથી.</w:t>
      </w:r>
    </w:p>
    <w:p>
      <w:pPr>
        <w:ind w:left="567" w:hanging="567"/>
        <w:jc w:val="both"/>
      </w:pPr>
      <w:r>
        <w:rPr>
          <w:rFonts w:ascii="Noto Serif Gujarati" w:hAnsi="Noto Serif Gujarati" w:cs="Noto Serif Gujarati" w:eastAsia="Noto Serif Gujarati"/>
          <w:b/>
          <w:i w:val="0"/>
          <w:sz w:val="22"/>
        </w:rPr>
        <w:t xml:space="preserve">૪.  </w:t>
      </w:r>
      <w:r>
        <w:rPr>
          <w:rFonts w:ascii="Noto Serif Gujarati" w:hAnsi="Noto Serif Gujarati" w:cs="Noto Serif Gujarati" w:eastAsia="Noto Serif Gujarati"/>
          <w:b w:val="0"/>
          <w:i w:val="0"/>
          <w:sz w:val="22"/>
        </w:rPr>
        <w:t>આ ના વાંધા પ્રમાણપત્ર કબજેદારની વિનંતીથી, ઉપરોક્ત હેતુ પૂરતું જ આપવામાં આવે છે, અને તેનાથી અગાઉ આપેલ હક્ક સિવાય કોઈ પણ વ્યક્તિને ઉપરોક્ત મિલકતમાં કોઈ હક્ક, હિત કે માલિકી ઉભી થતી નથી.</w:t>
      </w:r>
    </w:p>
    <w:p>
      <w:pPr>
        <w:ind w:left="567" w:hanging="567"/>
        <w:jc w:val="both"/>
      </w:pPr>
      <w:r>
        <w:rPr>
          <w:rFonts w:ascii="Noto Serif Gujarati" w:hAnsi="Noto Serif Gujarati" w:cs="Noto Serif Gujarati" w:eastAsia="Noto Serif Gujarati"/>
          <w:b/>
          <w:i w:val="0"/>
          <w:sz w:val="22"/>
        </w:rPr>
        <w:t xml:space="preserve">૫.  </w:t>
      </w:r>
      <w:r>
        <w:rPr>
          <w:rFonts w:ascii="Noto Serif Gujarati" w:hAnsi="Noto Serif Gujarati" w:cs="Noto Serif Gujarati" w:eastAsia="Noto Serif Gujarati"/>
          <w:b w:val="0"/>
          <w:i w:val="0"/>
          <w:sz w:val="22"/>
        </w:rPr>
        <w:t>સંબંધિત સત્તાધિકારી ઉપરોક્ત મિલકતની જરૂરી ચકાસણી કરે તે અંગે મને કોઈ વાંધો નથી.</w:t>
      </w:r>
    </w:p>
    <w:p>
      <w:r>
        <w:rPr>
          <w:rFonts w:ascii="Noto Serif Gujarati" w:hAnsi="Noto Serif Gujarati" w:cs="Noto Serif Gujarati" w:eastAsia="Noto Serif Gujarati"/>
          <w:b w:val="0"/>
          <w:i w:val="0"/>
          <w:sz w:val="12"/>
        </w:rPr>
      </w:r>
    </w:p>
    <w:p>
      <w:pPr>
        <w:spacing w:before="440"/>
        <w:jc w:val="right"/>
      </w:pPr>
      <w:r>
        <w:rPr>
          <w:rFonts w:ascii="Noto Serif Gujarati" w:hAnsi="Noto Serif Gujarati" w:cs="Noto Serif Gujarati" w:eastAsia="Noto Serif Gujarati"/>
          <w:b/>
          <w:i w:val="0"/>
          <w:sz w:val="22"/>
        </w:rPr>
        <w:t>__________________________</w:t>
        <w:br/>
        <w:t>મિલકતના માલિકની સહી</w:t>
      </w:r>
    </w:p>
    <w:p>
      <w:pPr>
        <w:jc w:val="both"/>
      </w:pPr>
      <w:r>
        <w:rPr>
          <w:rFonts w:ascii="Noto Serif Gujarati" w:hAnsi="Noto Serif Gujarati" w:cs="Noto Serif Gujarati" w:eastAsia="Noto Serif Gujarati"/>
          <w:b w:val="0"/>
          <w:i w:val="0"/>
          <w:sz w:val="22"/>
        </w:rPr>
        <w:t>નામ: ________________________________________</w:t>
      </w:r>
    </w:p>
    <w:p>
      <w:pPr>
        <w:jc w:val="both"/>
      </w:pPr>
      <w:r>
        <w:rPr>
          <w:rFonts w:ascii="Noto Serif Gujarati" w:hAnsi="Noto Serif Gujarati" w:cs="Noto Serif Gujarati" w:eastAsia="Noto Serif Gujarati"/>
          <w:b w:val="0"/>
          <w:i w:val="0"/>
          <w:sz w:val="22"/>
        </w:rPr>
        <w:t>પાન / આધારના છેલ્લા ચાર અંક: ______________     મોબાઈલ: ______________________</w:t>
      </w:r>
    </w:p>
    <w:p>
      <w:r>
        <w:rPr>
          <w:rFonts w:ascii="Noto Serif Gujarati" w:hAnsi="Noto Serif Gujarati" w:cs="Noto Serif Gujarati" w:eastAsia="Noto Serif Gujarati"/>
          <w:b w:val="0"/>
          <w:i w:val="0"/>
          <w:sz w:val="12"/>
        </w:rPr>
      </w:r>
    </w:p>
    <w:p>
      <w:pPr>
        <w:spacing w:before="240" w:after="80"/>
      </w:pPr>
      <w:r>
        <w:rPr>
          <w:rFonts w:ascii="Noto Serif Gujarati" w:hAnsi="Noto Serif Gujarati" w:cs="Noto Serif Gujarati" w:eastAsia="Noto Serif Gujarati"/>
          <w:b/>
          <w:i w:val="0"/>
          <w:sz w:val="22"/>
        </w:rPr>
        <w:t>સાક્ષીઓ</w:t>
      </w:r>
    </w:p>
    <w:p>
      <w:pPr>
        <w:jc w:val="both"/>
      </w:pPr>
      <w:r>
        <w:rPr>
          <w:rFonts w:ascii="Noto Serif Gujarati" w:hAnsi="Noto Serif Gujarati" w:cs="Noto Serif Gujarati" w:eastAsia="Noto Serif Gujarati"/>
          <w:b w:val="0"/>
          <w:i w:val="0"/>
          <w:sz w:val="22"/>
        </w:rPr>
        <w:t>૧.  નામ: ________________________________  સહી: ______________________</w:t>
      </w:r>
    </w:p>
    <w:p>
      <w:pPr>
        <w:jc w:val="both"/>
      </w:pPr>
      <w:r>
        <w:rPr>
          <w:rFonts w:ascii="Noto Serif Gujarati" w:hAnsi="Noto Serif Gujarati" w:cs="Noto Serif Gujarati" w:eastAsia="Noto Serif Gujarati"/>
          <w:b w:val="0"/>
          <w:i w:val="0"/>
          <w:sz w:val="22"/>
        </w:rPr>
        <w:t>૨.  નામ: ________________________________  સહી: ______________________</w:t>
      </w:r>
    </w:p>
    <w:p/>
    <w:p>
      <w:pPr>
        <w:spacing w:before="360"/>
        <w:jc w:val="both"/>
      </w:pPr>
      <w:r>
        <w:rPr>
          <w:rFonts w:ascii="Noto Serif Gujarati" w:hAnsi="Noto Serif Gujarati" w:cs="Noto Serif Gujarati" w:eastAsia="Noto Serif Gujarati"/>
          <w:b w:val="0"/>
          <w:i/>
          <w:color w:val="555555"/>
          <w:sz w:val="16"/>
        </w:rPr>
        <w:t>આ નમૂનો હરસિદ્ધિ સર્વિસીસ, વડોદરા દ્વારા સામાન્ય માહિતી તરીકે વિનામૂલ્યે આપવામાં આવે છે. આ શરૂઆતનો નમૂનો છે, કાનૂની સલાહ નથી, અને તે તમારી ચોક્કસ પરિસ્થિતિ માટે તૈયાર કરાયેલ નથી. ઉપયોગ કરતાં પહેલાં તે હાલ નક્કી થયેલ કિંમતના સ્ટેમ્પ પેપર પર કરવો પડશે, યોગ્ય પક્ષકારોની સહી કરાવવી પડશે, અને જરૂર પડ્યે નોટરી સમક્ષ સોગંદ લેવા પડશે કે સબ-રજિસ્ટ્રાર પાસે નોંધણી કરાવવી પડશે. અમારી પાસે લાવો — અમે એક જ મુલાકાતમાં તપાસી, સ્ટેમ્પ કરી અને નોટરી કરી આપીશું.</w:t>
      </w:r>
    </w:p>
    <w:sectPr w:rsidR="00FC693F" w:rsidRPr="0006063C" w:rsidSect="00034616">
      <w:headerReference w:type="default" r:id="rId9"/>
      <w:footerReference w:type="default" r:id="rId10"/>
      <w:pgSz w:w="12240" w:h="15840"/>
      <w:pgMar w:top="1134" w:right="1134"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mbria" w:hAnsi="Cambria" w:cs="Cambria" w:eastAsia="Cambria"/>
        <w:b w:val="0"/>
        <w:i w:val="0"/>
        <w:color w:val="888888"/>
        <w:sz w:val="14"/>
      </w:rPr>
      <w:t>1st Floor, K-117, Hare Krishna Complex, Chhani Jakatnaka Circle, Vadodara 390024  ·  Govt authorised e-Stamping centre, CSC 136237240013</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Cambria" w:hAnsi="Cambria" w:cs="Cambria" w:eastAsia="Cambria"/>
        <w:b w:val="0"/>
        <w:i w:val="0"/>
        <w:color w:val="777777"/>
        <w:sz w:val="15"/>
      </w:rPr>
      <w:t>VADODARA NOTARY  ·  Harsiddhi Services, Vadodara  ·  94267 80195  ·  www.vadodaranotary.com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4" w:lineRule="auto"/>
    </w:pPr>
    <w:rPr>
      <w:rFonts w:ascii="Noto Serif Gujarati" w:hAnsi="Noto Serif Gujarati" w:cs="Noto Serif Gujarati" w:eastAsia="Noto Serif Gujarat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