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ભાડા કરાર</w:t>
      </w:r>
    </w:p>
    <w:p>
      <w:pPr>
        <w:jc w:val="both"/>
      </w:pPr>
      <w:r>
        <w:rPr>
          <w:rFonts w:ascii="Noto Serif Gujarati" w:hAnsi="Noto Serif Gujarati" w:cs="Noto Serif Gujarati" w:eastAsia="Noto Serif Gujarati"/>
          <w:b w:val="0"/>
          <w:i w:val="0"/>
          <w:sz w:val="22"/>
        </w:rPr>
        <w:t>આ કરાર વડોદરા ખાતે તારીખ ______ / ______ / ૨૦______ ના રોજ કરવામાં આવે છે.</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એક પક્ષે</w:t>
      </w:r>
    </w:p>
    <w:p>
      <w:pPr>
        <w:jc w:val="both"/>
      </w:pPr>
      <w:r>
        <w:rPr>
          <w:rFonts w:ascii="Noto Serif Gujarati" w:hAnsi="Noto Serif Gujarati" w:cs="Noto Serif Gujarati" w:eastAsia="Noto Serif Gujarati"/>
          <w:b w:val="0"/>
          <w:i w:val="0"/>
          <w:sz w:val="22"/>
        </w:rPr>
        <w:t>________________________________________, ઉંમર આશરે ______ વર્ષ, ધંધો ____________________, રહેવાસી _________________________________________________________________________________, જેમને હવે પછી મકાનમાલિક તરીકે ઓળખવામાં આવશે (જે શબ્દમાં સંદર્ભ વિરુદ્ધ ન હોય ત્યાં સુધી તેમના વારસદારો તથા હક્કદારોનો સમાવેશ થાય છે);</w:t>
      </w:r>
    </w:p>
    <w:p>
      <w:pPr>
        <w:spacing w:before="240" w:after="80"/>
      </w:pPr>
      <w:r>
        <w:rPr>
          <w:rFonts w:ascii="Noto Serif Gujarati" w:hAnsi="Noto Serif Gujarati" w:cs="Noto Serif Gujarati" w:eastAsia="Noto Serif Gujarati"/>
          <w:b/>
          <w:i w:val="0"/>
          <w:sz w:val="22"/>
        </w:rPr>
        <w:t>અને બીજા પક્ષે</w:t>
      </w:r>
    </w:p>
    <w:p>
      <w:pPr>
        <w:jc w:val="both"/>
      </w:pPr>
      <w:r>
        <w:rPr>
          <w:rFonts w:ascii="Noto Serif Gujarati" w:hAnsi="Noto Serif Gujarati" w:cs="Noto Serif Gujarati" w:eastAsia="Noto Serif Gujarati"/>
          <w:b w:val="0"/>
          <w:i w:val="0"/>
          <w:sz w:val="22"/>
        </w:rPr>
        <w:t>________________________________________, ઉંમર આશરે ______ વર્ષ, ધંધો ____________________, રહેવાસી _________________________________________________________________________________, જેમને હવે પછી ભાડૂઆત તરીકે ઓળખવામાં આવશે (જે શબ્દમાં સંદર્ભ વિરુદ્ધ ન હોય ત્યાં સુધી તેમના વારસદારો તથા હક્કદારોનો સમાવેશ થાય છે).</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જ્યારે કે</w:t>
      </w:r>
    </w:p>
    <w:p>
      <w:pPr>
        <w:jc w:val="both"/>
      </w:pPr>
      <w:r>
        <w:rPr>
          <w:rFonts w:ascii="Noto Serif Gujarati" w:hAnsi="Noto Serif Gujarati" w:cs="Noto Serif Gujarati" w:eastAsia="Noto Serif Gujarati"/>
          <w:b w:val="0"/>
          <w:i w:val="0"/>
          <w:sz w:val="22"/>
        </w:rPr>
        <w:t>નીચે અનુસૂચિમાં વર્ણવેલ મિલકતના મકાનમાલિક કાયદેસર માલિક છે અને તે મિલકત માત્ર રહેણાંક હેતુ માટે ભાડૂઆતને વાપરવા તથા કબજો રાખવા આપવા સંમત થયેલ છે, જેની શરતો નીચે મુજબ છે.</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હવે આ કરારથી નક્કી થાય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મિલકત. મકાનમાલિક નીચે અનુસૂચિમાં વર્ણવેલ મિલકત ભાડૂઆતને માત્ર રહેણાંક હેતુ માટે વાપરવા તથા કબજો રાખવા આપે છે, અન્ય કોઈ હેતુ માટે નહીં.</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મુદત. આ કરારની મુદત તારીખ ______ / ______ / __________ થી શરૂ થઈ તારીખ ______ / ______ / __________ ના રોજ પૂરી થતાં કુલ અગિયાર (૧૧) માસની રહેશે. મુદત એક વર્ષથી વધુ નથી તથા વાર્ષિક ભાડું નક્કી કરેલ નથી; ભાડું કલમ ૩ મુજબ માસિક નક્કી કરેલ છે.</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ભાડું. ભાડૂઆતે મકાનમાલિકને માસિક ભાડું રૂ. ______________ (અંકે રૂપિયા ____________________________________________ પૂરા) દર અંગ્રેજી માસની ______ તારીખ સુધીમાં અગાઉથી ચૂકવવાનું રહેશે.</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ડિપોઝિટ. ભાડૂઆતે મકાનમાલિકને વ્યાજ વગરની પરત મળવાપાત્ર ડિપોઝિટ પેટે રૂ. ______________ (અંકે રૂપિયા ____________________________________________ પૂરા) ચૂકવેલ છે, જે મળ્યાની મકાનમાલિક કબૂલાત આપે છે. કરારની મુદત પૂરી થયે અથવા વહેલો અંત આવ્યે અને ખાલી કબજો સોંપાયે, બાકી ભાડું, બાકી બિલો તથા સામાન્ય ઘસારા સિવાયના નુકસાનની રકમ બાદ કરી બાકીની ડિપોઝિટ ભાડૂઆતને પરત કરવામાં આવશે.</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વીજળી, પાણી તથા અન્ય ખર્ચ. કરારની મુદત દરમિયાન મિલકતમાં વપરાયેલ વીજળી, પાણી, ગેસ તથા ઈન્ટરનેટના તમામ બિલ ભાડૂઆતે સીધા સંબંધિત સત્તાધિકારીને ભરવાના રહેશે અને માંગ્યે પહોંચ રજૂ કરવાની રહેશે. મ્યુનિસિપલ ટેક્સ તથા સોસાયટી મેન્ટેનન્સ ____________________ (મકાનમાલિક / ભાડૂઆત) ભરશે.</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ઉપયોગ તથા વર્તણૂક. ભાડૂઆતે મિલકતનો સંભાળપૂર્વક તથા યોગ્ય રીતે ઉપયોગ કરવાનો રહેશે, ત્યાં કોઈ ગેરકાયદેસર, વાંધાજનક કે જોખમી પ્રવૃત્તિ કરવાની રહેશે નહીં, તથા પડોશીઓ કે મકાનના રહેવાસીઓને ત્રાસ કે ખલેલ પહોંચાડવાની રહેશે નહીં.</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પેટા ભાડે નહીં. મકાનમાલિકની અગાઉથી લેખિત સંમતિ વગર ભાડૂઆતે મિલકત કે તેનો કોઈ ભાગ પેટા ભાડે આપવો નહીં, સોંપવો નહીં, કબજો છોડવો નહીં કે અન્ય કોઈ વ્યક્તિને રહેવા દેવી નહીં.</w:t>
      </w:r>
    </w:p>
    <w:p>
      <w:pPr>
        <w:ind w:left="567" w:hanging="567"/>
        <w:jc w:val="both"/>
      </w:pPr>
      <w:r>
        <w:rPr>
          <w:rFonts w:ascii="Noto Serif Gujarati" w:hAnsi="Noto Serif Gujarati" w:cs="Noto Serif Gujarati" w:eastAsia="Noto Serif Gujarati"/>
          <w:b/>
          <w:i w:val="0"/>
          <w:sz w:val="22"/>
        </w:rPr>
        <w:t xml:space="preserve">૮.  </w:t>
      </w:r>
      <w:r>
        <w:rPr>
          <w:rFonts w:ascii="Noto Serif Gujarati" w:hAnsi="Noto Serif Gujarati" w:cs="Noto Serif Gujarati" w:eastAsia="Noto Serif Gujarati"/>
          <w:b w:val="0"/>
          <w:i w:val="0"/>
          <w:sz w:val="22"/>
        </w:rPr>
        <w:t>બાંધકામમાં ફેરફાર નહીં. મકાનમાલિકની અગાઉથી લેખિત સંમતિ વગર ભાડૂઆતે મિલકતમાં કોઈ બાંધકામ સંબંધી ફેરફાર કે કાયમી ઉમેરો કરવો નહીં. ભાડૂઆતે બેસાડેલ સાધનો મિલકત ખાલી કરતી વખતે કાઢી શકાશે, પરંતુ મિલકત મૂળ સ્થિતિમાં પરત કરવાની રહેશે.</w:t>
      </w:r>
    </w:p>
    <w:p>
      <w:pPr>
        <w:ind w:left="567" w:hanging="567"/>
        <w:jc w:val="both"/>
      </w:pPr>
      <w:r>
        <w:rPr>
          <w:rFonts w:ascii="Noto Serif Gujarati" w:hAnsi="Noto Serif Gujarati" w:cs="Noto Serif Gujarati" w:eastAsia="Noto Serif Gujarati"/>
          <w:b/>
          <w:i w:val="0"/>
          <w:sz w:val="22"/>
        </w:rPr>
        <w:t xml:space="preserve">૯.  </w:t>
      </w:r>
      <w:r>
        <w:rPr>
          <w:rFonts w:ascii="Noto Serif Gujarati" w:hAnsi="Noto Serif Gujarati" w:cs="Noto Serif Gujarati" w:eastAsia="Noto Serif Gujarati"/>
          <w:b w:val="0"/>
          <w:i w:val="0"/>
          <w:sz w:val="22"/>
        </w:rPr>
        <w:t>સમારકામ. મોટું તથા બાંધકામ સંબંધી સમારકામ મકાનમાલિકે કરાવવાનું રહેશે. સામાન્ય વપરાશથી થતું નાનું તથા રોજિંદું સમારકામ ભાડૂઆતે પોતાના ખર્ચે કરાવવાનું રહેશે.</w:t>
      </w:r>
    </w:p>
    <w:p>
      <w:pPr>
        <w:ind w:left="567" w:hanging="567"/>
        <w:jc w:val="both"/>
      </w:pPr>
      <w:r>
        <w:rPr>
          <w:rFonts w:ascii="Noto Serif Gujarati" w:hAnsi="Noto Serif Gujarati" w:cs="Noto Serif Gujarati" w:eastAsia="Noto Serif Gujarati"/>
          <w:b/>
          <w:i w:val="0"/>
          <w:sz w:val="22"/>
        </w:rPr>
        <w:t xml:space="preserve">૧૦.  </w:t>
      </w:r>
      <w:r>
        <w:rPr>
          <w:rFonts w:ascii="Noto Serif Gujarati" w:hAnsi="Noto Serif Gujarati" w:cs="Noto Serif Gujarati" w:eastAsia="Noto Serif Gujarati"/>
          <w:b w:val="0"/>
          <w:i w:val="0"/>
          <w:sz w:val="22"/>
        </w:rPr>
        <w:t>તપાસ. મકાનમાલિક કે તેમના અધિકૃત પ્રતિનિધિ ભાડૂઆતને ઓછામાં ઓછી ______ કલાકની અગાઉથી નોટિસ આપી વાજબી સમયે મિલકતમાં પ્રવેશી તપાસ કરી શકશે.</w:t>
      </w:r>
    </w:p>
    <w:p>
      <w:pPr>
        <w:ind w:left="567" w:hanging="567"/>
        <w:jc w:val="both"/>
      </w:pPr>
      <w:r>
        <w:rPr>
          <w:rFonts w:ascii="Noto Serif Gujarati" w:hAnsi="Noto Serif Gujarati" w:cs="Noto Serif Gujarati" w:eastAsia="Noto Serif Gujarati"/>
          <w:b/>
          <w:i w:val="0"/>
          <w:sz w:val="22"/>
        </w:rPr>
        <w:t xml:space="preserve">૧૧.  </w:t>
      </w:r>
      <w:r>
        <w:rPr>
          <w:rFonts w:ascii="Noto Serif Gujarati" w:hAnsi="Noto Serif Gujarati" w:cs="Noto Serif Gujarati" w:eastAsia="Noto Serif Gujarati"/>
          <w:b w:val="0"/>
          <w:i w:val="0"/>
          <w:sz w:val="22"/>
        </w:rPr>
        <w:t>કરારનો અંત. કોઈ પણ પક્ષ બીજા પક્ષને ઓછામાં ઓછી ______ માસની લેખિત નોટિસ આપી મુદત પૂરી થયા પહેલાં આ કરારનો અંત લાવી શકશે. કરારની મુદત પૂરી થયે અથવા વહેલો અંત આવ્યે ભાડૂઆતે મિલકતનો ખાલી તથા શાંતિપૂર્ણ કબજો, સામાન્ય ઘસારા સિવાય જે સ્થિતિમાં મળેલ હતો તે જ સ્થિતિમાં, મકાનમાલિકને સોંપવાનો રહેશે.</w:t>
      </w:r>
    </w:p>
    <w:p>
      <w:pPr>
        <w:ind w:left="567" w:hanging="567"/>
        <w:jc w:val="both"/>
      </w:pPr>
      <w:r>
        <w:rPr>
          <w:rFonts w:ascii="Noto Serif Gujarati" w:hAnsi="Noto Serif Gujarati" w:cs="Noto Serif Gujarati" w:eastAsia="Noto Serif Gujarati"/>
          <w:b/>
          <w:i w:val="0"/>
          <w:sz w:val="22"/>
        </w:rPr>
        <w:t xml:space="preserve">૧૨.  </w:t>
      </w:r>
      <w:r>
        <w:rPr>
          <w:rFonts w:ascii="Noto Serif Gujarati" w:hAnsi="Noto Serif Gujarati" w:cs="Noto Serif Gujarati" w:eastAsia="Noto Serif Gujarati"/>
          <w:b w:val="0"/>
          <w:i w:val="0"/>
          <w:sz w:val="22"/>
        </w:rPr>
        <w:t>ભાડૂઆતના હક્ક મર્યાદિત. આ કરારથી મળેલ વાપરવા તથા કબજો રાખવાના હક્ક સિવાય ભાડૂઆતે મિલકતમાં કોઈ હક્ક, હિત કે માલિકીનો દાવો કરવો નહીં, તથા કરારની મુદત પૂરી થયા પછી કબજો ચાલુ રાખવાનો દાવો કરવો નહીં.</w:t>
      </w:r>
    </w:p>
    <w:p>
      <w:pPr>
        <w:ind w:left="567" w:hanging="567"/>
        <w:jc w:val="both"/>
      </w:pPr>
      <w:r>
        <w:rPr>
          <w:rFonts w:ascii="Noto Serif Gujarati" w:hAnsi="Noto Serif Gujarati" w:cs="Noto Serif Gujarati" w:eastAsia="Noto Serif Gujarati"/>
          <w:b/>
          <w:i w:val="0"/>
          <w:sz w:val="22"/>
        </w:rPr>
        <w:t xml:space="preserve">૧૩.  </w:t>
      </w:r>
      <w:r>
        <w:rPr>
          <w:rFonts w:ascii="Noto Serif Gujarati" w:hAnsi="Noto Serif Gujarati" w:cs="Noto Serif Gujarati" w:eastAsia="Noto Serif Gujarati"/>
          <w:b w:val="0"/>
          <w:i w:val="0"/>
          <w:sz w:val="22"/>
        </w:rPr>
        <w:t>સ્ટેમ્પ ડ્યુટી તથા ખર્ચ. આ કરાર પરની સ્ટેમ્પ ડ્યુટી તથા આનુષંગિક ખર્ચ ____________________ (મકાનમાલિક / ભાડૂઆત / બંને સરખા ભાગે) ભોગવશે.</w:t>
      </w:r>
    </w:p>
    <w:p>
      <w:pPr>
        <w:ind w:left="567" w:hanging="567"/>
        <w:jc w:val="both"/>
      </w:pPr>
      <w:r>
        <w:rPr>
          <w:rFonts w:ascii="Noto Serif Gujarati" w:hAnsi="Noto Serif Gujarati" w:cs="Noto Serif Gujarati" w:eastAsia="Noto Serif Gujarati"/>
          <w:b/>
          <w:i w:val="0"/>
          <w:sz w:val="22"/>
        </w:rPr>
        <w:t xml:space="preserve">૧૪.  </w:t>
      </w:r>
      <w:r>
        <w:rPr>
          <w:rFonts w:ascii="Noto Serif Gujarati" w:hAnsi="Noto Serif Gujarati" w:cs="Noto Serif Gujarati" w:eastAsia="Noto Serif Gujarati"/>
          <w:b w:val="0"/>
          <w:i w:val="0"/>
          <w:sz w:val="22"/>
        </w:rPr>
        <w:t>ન્યાયક્ષેત્ર. આ કરાર અંગેના કોઈ પણ વિવાદ માટે વડોદરાની અદાલતોને ન્યાયક્ષેત્ર રહેશે.</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મિલકતની અનુસૂચિ</w:t>
      </w:r>
    </w:p>
    <w:p>
      <w:pPr>
        <w:jc w:val="both"/>
      </w:pPr>
      <w:r>
        <w:rPr>
          <w:rFonts w:ascii="Noto Serif Gujarati" w:hAnsi="Noto Serif Gujarati" w:cs="Noto Serif Gujarati" w:eastAsia="Noto Serif Gujarati"/>
          <w:b w:val="0"/>
          <w:i w:val="0"/>
          <w:sz w:val="22"/>
        </w:rPr>
        <w:t>મિલકત ____________________________________ આશરે ____________ ચો.ફૂટ (કાર્પેટ / બિલ્ટ-અપ), ફ્લેટ / મકાન / દુકાન નં. ____________, ____________ માળ, ____________________________________ નામની ઈમારત, સ્થળ _________________________________________________________________________________, વડોદરા ____________, ગુજરાત. ચતુઃસીમા નીચે મુજબ:</w:t>
      </w:r>
    </w:p>
    <w:p>
      <w:pPr>
        <w:jc w:val="both"/>
      </w:pPr>
      <w:r>
        <w:rPr>
          <w:rFonts w:ascii="Noto Serif Gujarati" w:hAnsi="Noto Serif Gujarati" w:cs="Noto Serif Gujarati" w:eastAsia="Noto Serif Gujarati"/>
          <w:b w:val="0"/>
          <w:i w:val="0"/>
          <w:sz w:val="22"/>
        </w:rPr>
        <w:t xml:space="preserve">        પૂર્વ દિશાએ:   ______________________________________</w:t>
      </w:r>
    </w:p>
    <w:p>
      <w:pPr>
        <w:jc w:val="both"/>
      </w:pPr>
      <w:r>
        <w:rPr>
          <w:rFonts w:ascii="Noto Serif Gujarati" w:hAnsi="Noto Serif Gujarati" w:cs="Noto Serif Gujarati" w:eastAsia="Noto Serif Gujarati"/>
          <w:b w:val="0"/>
          <w:i w:val="0"/>
          <w:sz w:val="22"/>
        </w:rPr>
        <w:t xml:space="preserve">        પશ્ચિમ દિશાએ: ______________________________________</w:t>
      </w:r>
    </w:p>
    <w:p>
      <w:pPr>
        <w:jc w:val="both"/>
      </w:pPr>
      <w:r>
        <w:rPr>
          <w:rFonts w:ascii="Noto Serif Gujarati" w:hAnsi="Noto Serif Gujarati" w:cs="Noto Serif Gujarati" w:eastAsia="Noto Serif Gujarati"/>
          <w:b w:val="0"/>
          <w:i w:val="0"/>
          <w:sz w:val="22"/>
        </w:rPr>
        <w:t xml:space="preserve">        ઉત્તર દિશાએ:  ______________________________________</w:t>
      </w:r>
    </w:p>
    <w:p>
      <w:pPr>
        <w:jc w:val="both"/>
      </w:pPr>
      <w:r>
        <w:rPr>
          <w:rFonts w:ascii="Noto Serif Gujarati" w:hAnsi="Noto Serif Gujarati" w:cs="Noto Serif Gujarati" w:eastAsia="Noto Serif Gujarati"/>
          <w:b w:val="0"/>
          <w:i w:val="0"/>
          <w:sz w:val="22"/>
        </w:rPr>
        <w:t xml:space="preserve">        દક્ષિણ દિશાએ: ______________________________________</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સોંપવામાં આવેલ સાધન-સામગ્રીની યાદી</w:t>
      </w:r>
    </w:p>
    <w:p>
      <w:pPr>
        <w:jc w:val="both"/>
      </w:pPr>
      <w:r>
        <w:rPr>
          <w:rFonts w:ascii="Noto Serif Gujarati" w:hAnsi="Noto Serif Gujarati" w:cs="Noto Serif Gujarati" w:eastAsia="Noto Serif Gujarati"/>
          <w:b w:val="0"/>
          <w:i w:val="0"/>
          <w:sz w:val="22"/>
        </w:rPr>
        <w:t>________________________________________________________________________________________</w:t>
      </w:r>
    </w:p>
    <w:p>
      <w:pPr>
        <w:jc w:val="both"/>
      </w:pPr>
      <w:r>
        <w:rPr>
          <w:rFonts w:ascii="Noto Serif Gujarati" w:hAnsi="Noto Serif Gujarati" w:cs="Noto Serif Gujarati" w:eastAsia="Noto Serif Gujarati"/>
          <w:b w:val="0"/>
          <w:i w:val="0"/>
          <w:sz w:val="22"/>
        </w:rPr>
        <w:t>________________________________________________________________________________________</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ઉપર જણાવેલ તારીખે બંને પક્ષકારોએ આ કરાર પર સહી કરેલ છે.</w:t>
      </w:r>
    </w:p>
    <w:p>
      <w:r>
        <w:rPr>
          <w:rFonts w:ascii="Noto Serif Gujarati" w:hAnsi="Noto Serif Gujarati" w:cs="Noto Serif Gujarati" w:eastAsia="Noto Serif Gujarati"/>
          <w:b w:val="0"/>
          <w:i w:val="0"/>
          <w:sz w:val="12"/>
        </w:rPr>
      </w:r>
    </w:p>
    <w:tbl>
      <w:tblPr>
        <w:tblW w:type="auto" w:w="0"/>
        <w:tblLook w:firstColumn="1" w:firstRow="1" w:lastColumn="0" w:lastRow="0" w:noHBand="0" w:noVBand="1" w:val="04A0"/>
      </w:tblPr>
      <w:tblGrid>
        <w:gridCol w:w="4872"/>
        <w:gridCol w:w="4872"/>
      </w:tblGrid>
      <w:tr>
        <w:tc>
          <w:tcPr>
            <w:tcW w:type="dxa" w:w="4872"/>
          </w:tcPr>
          <w:p>
            <w:pPr>
              <w:spacing w:before="520"/>
              <w:jc w:val="center"/>
            </w:pPr>
            <w:r>
              <w:rPr>
                <w:rFonts w:ascii="Noto Serif Gujarati" w:hAnsi="Noto Serif Gujarati" w:cs="Noto Serif Gujarati" w:eastAsia="Noto Serif Gujarati"/>
                <w:b/>
                <w:i w:val="0"/>
                <w:sz w:val="22"/>
              </w:rPr>
              <w:t>__________________________</w:t>
              <w:br/>
              <w:t>મકાનમાલિકની સહી</w:t>
            </w:r>
          </w:p>
        </w:tc>
        <w:tc>
          <w:tcPr>
            <w:tcW w:type="dxa" w:w="4872"/>
          </w:tcPr>
          <w:p>
            <w:pPr>
              <w:spacing w:before="520"/>
              <w:jc w:val="center"/>
            </w:pPr>
            <w:r>
              <w:rPr>
                <w:rFonts w:ascii="Noto Serif Gujarati" w:hAnsi="Noto Serif Gujarati" w:cs="Noto Serif Gujarati" w:eastAsia="Noto Serif Gujarati"/>
                <w:b/>
                <w:i w:val="0"/>
                <w:sz w:val="22"/>
              </w:rPr>
              <w:t>__________________________</w:t>
              <w:br/>
              <w:t>ભાડૂઆતની સહી</w:t>
            </w:r>
          </w:p>
        </w:tc>
      </w:tr>
    </w:tbl>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સાક્ષીઓ</w:t>
      </w:r>
    </w:p>
    <w:p>
      <w:pPr>
        <w:jc w:val="both"/>
      </w:pPr>
      <w:r>
        <w:rPr>
          <w:rFonts w:ascii="Noto Serif Gujarati" w:hAnsi="Noto Serif Gujarati" w:cs="Noto Serif Gujarati" w:eastAsia="Noto Serif Gujarati"/>
          <w:b w:val="0"/>
          <w:i w:val="0"/>
          <w:sz w:val="22"/>
        </w:rPr>
        <w:t>૧.  નામ: ________________________________  સહી: ______________________</w:t>
      </w:r>
    </w:p>
    <w:p>
      <w:pPr>
        <w:jc w:val="both"/>
      </w:pPr>
      <w:r>
        <w:rPr>
          <w:rFonts w:ascii="Noto Serif Gujarati" w:hAnsi="Noto Serif Gujarati" w:cs="Noto Serif Gujarati" w:eastAsia="Noto Serif Gujarati"/>
          <w:b w:val="0"/>
          <w:i w:val="0"/>
          <w:sz w:val="22"/>
        </w:rPr>
        <w:t xml:space="preserve">     સરનામું: ____________________________________________________________</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૨.  નામ: ________________________________  સહી: ______________________</w:t>
      </w:r>
    </w:p>
    <w:p>
      <w:pPr>
        <w:jc w:val="both"/>
      </w:pPr>
      <w:r>
        <w:rPr>
          <w:rFonts w:ascii="Noto Serif Gujarati" w:hAnsi="Noto Serif Gujarati" w:cs="Noto Serif Gujarati" w:eastAsia="Noto Serif Gujarati"/>
          <w:b w:val="0"/>
          <w:i w:val="0"/>
          <w:sz w:val="22"/>
        </w:rPr>
        <w:t xml:space="preserve">     સરનામું: ____________________________________________________________</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